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040"/>
        <w:jc w:val="center"/>
      </w:pPr>
      <w:r>
        <w:rPr>
          <w:rFonts w:ascii="Arial" w:hAnsi="Arial"/>
          <w:b/>
          <w:color w:val="C49A3A"/>
          <w:sz w:val="28"/>
        </w:rPr>
        <w:t>RHEMA WORD CHURCH INTERNATIONAL</w:t>
      </w:r>
    </w:p>
    <w:p>
      <w:pPr>
        <w:spacing w:before="440"/>
        <w:jc w:val="center"/>
      </w:pPr>
      <w:r>
        <w:rPr>
          <w:rFonts w:ascii="Arial" w:hAnsi="Arial"/>
          <w:b/>
          <w:color w:val="17365D"/>
          <w:sz w:val="68"/>
        </w:rPr>
        <w:t>PULLING DOWN</w:t>
        <w:br/>
        <w:t>STRONGHOLDS</w:t>
      </w:r>
    </w:p>
    <w:p>
      <w:pPr>
        <w:jc w:val="center"/>
      </w:pPr>
      <w:r>
        <w:rPr>
          <w:rFonts w:ascii="Georgia" w:hAnsi="Georgia"/>
          <w:i/>
          <w:color w:val="C49A3A"/>
          <w:sz w:val="32"/>
        </w:rPr>
        <w:t>A Three-Session Comprehensive Bible Study</w:t>
      </w:r>
    </w:p>
    <w:tbl>
      <w:tblPr>
        <w:tblW w:type="auto" w:w="0"/>
        <w:jc w:val="center"/>
        <w:tblLayout w:type="fixed"/>
        <w:tblLook w:firstColumn="1" w:firstRow="1" w:lastColumn="0" w:lastRow="0" w:noHBand="0" w:noVBand="1" w:val="04A0"/>
      </w:tblPr>
      <w:tblGrid>
        <w:gridCol w:w="8064"/>
      </w:tblGrid>
      <w:tr>
        <w:tc>
          <w:tcPr>
            <w:tcW w:type="dxa" w:w="10166"/>
            <w:shd w:fill="17365D"/>
            <w:tcMar>
              <w:top w:w="90" w:type="dxa"/>
              <w:start w:w="90" w:type="dxa"/>
              <w:bottom w:w="90" w:type="dxa"/>
              <w:end w:w="90" w:type="dxa"/>
            </w:tcMar>
            <w:vAlign w:val="center"/>
          </w:tcPr>
          <w:p>
            <w:pPr>
              <w:jc w:val="center"/>
            </w:pPr>
            <w:r/>
            <w:r>
              <w:rPr>
                <w:rFonts w:ascii="Arial" w:hAnsi="Arial"/>
                <w:b/>
                <w:color w:val="FFFFFF"/>
                <w:sz w:val="30"/>
              </w:rPr>
              <w:t>STUDENT WORKBOOK</w:t>
            </w:r>
          </w:p>
        </w:tc>
      </w:tr>
    </w:tbl>
    <w:p>
      <w:pPr>
        <w:spacing w:before="360"/>
        <w:jc w:val="center"/>
      </w:pPr>
      <w:r>
        <w:rPr>
          <w:rFonts w:ascii="Arial" w:hAnsi="Arial"/>
          <w:color w:val="222222"/>
          <w:sz w:val="22"/>
        </w:rPr>
        <w:t>Guided notes • Bible study exercises • Personal reflection • Freedom plan</w:t>
      </w:r>
    </w:p>
    <w:p>
      <w:pPr>
        <w:spacing w:before="560"/>
        <w:jc w:val="center"/>
      </w:pPr>
      <w:r>
        <w:rPr>
          <w:b/>
          <w:color w:val="C49A3A"/>
          <w:sz w:val="20"/>
        </w:rPr>
        <w:t>FOUNDATIONAL TEXT</w:t>
      </w:r>
    </w:p>
    <w:p>
      <w:pPr>
        <w:pStyle w:val="ScriptureBlock"/>
        <w:jc w:val="center"/>
      </w:pPr>
      <w:r>
        <w:t>“For the weapons of our warfare are not carnal, but mighty through God to the pulling down of strong holds…”</w:t>
        <w:br/>
        <w:t>— 2 Corinthians 10:4–5, KJV</w:t>
      </w:r>
    </w:p>
    <w:p>
      <w:pPr>
        <w:spacing w:before="440"/>
        <w:jc w:val="center"/>
      </w:pPr>
      <w:r>
        <w:rPr>
          <w:b/>
          <w:color w:val="17365D"/>
          <w:sz w:val="21"/>
        </w:rPr>
        <w:t>Prepared for Pastor Eric Hood and Rhema Word Church International</w:t>
      </w:r>
    </w:p>
    <w:p>
      <w:r>
        <w:br w:type="page"/>
      </w:r>
    </w:p>
    <w:p>
      <w:pPr>
        <w:pStyle w:val="Heading1"/>
      </w:pPr>
      <w:r>
        <w:t>Welcome to the Study</w:t>
      </w:r>
    </w:p>
    <w:p>
      <w:r>
        <w:t>This workbook will help you understand what Scripture means by a stronghold, recognize ideas that rise against the knowledge of God, and practice bringing your thoughts and actions under the lordship of Jesus Christ. The purpose is not to make you fearful of your mind or ashamed of your struggle. The purpose is to let the light of God’s Word uncover lies, lead you into repentance and faith, and establish you in truth.</w:t>
      </w:r>
    </w:p>
    <w:p>
      <w:pPr>
        <w:pStyle w:val="ScriptureBlock"/>
      </w:pPr>
      <w:r>
        <w:rPr>
          <w:b/>
        </w:rPr>
        <w:t xml:space="preserve">2 Corinthians 10:4–5 — </w:t>
      </w:r>
      <w:r>
        <w:t>“For the weapons of our warfare are not carnal, but mighty through God to the pulling down of strong holds; Casting down imaginations, and every high thing that exalteth itself against the knowledge of God, and bringing into captivity every thought to the obedience of Christ.”</w:t>
      </w:r>
    </w:p>
    <w:tbl>
      <w:tblPr>
        <w:tblW w:type="auto" w:w="0"/>
        <w:jc w:val="center"/>
        <w:tblLayout w:type="autofit"/>
        <w:tblLook w:firstColumn="1" w:firstRow="1" w:lastColumn="0" w:lastRow="0" w:noHBand="0" w:noVBand="1" w:val="04A0"/>
      </w:tblPr>
      <w:tblGrid>
        <w:gridCol w:w="10166"/>
      </w:tblGrid>
      <w:tr>
        <w:tc>
          <w:tcPr>
            <w:tcW w:type="dxa" w:w="10166"/>
            <w:shd w:fill="C49A3A"/>
            <w:tcMar>
              <w:top w:w="90" w:type="dxa"/>
              <w:start w:w="90" w:type="dxa"/>
              <w:bottom w:w="90" w:type="dxa"/>
              <w:end w:w="90" w:type="dxa"/>
            </w:tcMar>
            <w:vAlign w:val="center"/>
          </w:tcPr>
          <w:p>
            <w:r/>
            <w:r>
              <w:rPr>
                <w:rFonts w:ascii="Arial" w:hAnsi="Arial"/>
                <w:b/>
                <w:color w:val="FFFFFF"/>
                <w:sz w:val="21"/>
              </w:rPr>
              <w:t>SERIES DECLARATION</w:t>
            </w:r>
          </w:p>
        </w:tc>
      </w:tr>
      <w:tr>
        <w:tc>
          <w:tcPr>
            <w:tcW w:type="dxa" w:w="10166"/>
            <w:shd w:fill="F7F0DE"/>
            <w:tcMar>
              <w:top w:w="120" w:type="dxa"/>
              <w:start w:w="130" w:type="dxa"/>
              <w:bottom w:w="120" w:type="dxa"/>
              <w:end w:w="130" w:type="dxa"/>
            </w:tcMar>
          </w:tcPr>
          <w:p>
            <w:pPr>
              <w:spacing w:after="0"/>
            </w:pPr>
            <w:r/>
            <w:r>
              <w:rPr>
                <w:rFonts w:ascii="Arial" w:hAnsi="Arial"/>
                <w:color w:val="222222"/>
                <w:sz w:val="19"/>
              </w:rPr>
              <w:t>Jesus Christ is Lord. God’s Word is truth. My past is not my master. My feelings are meaningful but not sovereign. Every lie can be exposed, every sinful agreement can be repented of, and every area of my life can be brought into growing obedience to Christ by the power of the Holy Spirit.</w:t>
            </w:r>
          </w:p>
        </w:tc>
      </w:tr>
    </w:tbl>
    <w:p>
      <w:pPr>
        <w:spacing w:after="20"/>
      </w:pPr>
    </w:p>
    <w:p>
      <w:pPr>
        <w:pStyle w:val="Heading2"/>
      </w:pPr>
      <w:r>
        <w:t>How to Use This Workbook</w:t>
      </w:r>
    </w:p>
    <w:p>
      <w:pPr>
        <w:pStyle w:val="ListBullet"/>
        <w:spacing w:after="50"/>
      </w:pPr>
      <w:r>
        <w:t>Bring your Bible and read every passage in context.</w:t>
      </w:r>
    </w:p>
    <w:p>
      <w:pPr>
        <w:pStyle w:val="ListBullet"/>
        <w:spacing w:after="50"/>
      </w:pPr>
      <w:r>
        <w:t>Write exact recurring thoughts rather than vague labels.</w:t>
      </w:r>
    </w:p>
    <w:p>
      <w:pPr>
        <w:pStyle w:val="ListBullet"/>
        <w:spacing w:after="50"/>
      </w:pPr>
      <w:r>
        <w:t>Do not compare your process with another person’s process.</w:t>
      </w:r>
    </w:p>
    <w:p>
      <w:pPr>
        <w:pStyle w:val="ListBullet"/>
        <w:spacing w:after="50"/>
      </w:pPr>
      <w:r>
        <w:t>Share personal details only with safe, trustworthy, mature people.</w:t>
      </w:r>
    </w:p>
    <w:p>
      <w:pPr>
        <w:pStyle w:val="ListBullet"/>
        <w:spacing w:after="50"/>
      </w:pPr>
      <w:r>
        <w:t>Use prayer and Scripture alongside professional care when needed.</w:t>
      </w:r>
    </w:p>
    <w:p>
      <w:pPr>
        <w:pStyle w:val="ListBullet"/>
        <w:spacing w:after="50"/>
      </w:pPr>
      <w:r>
        <w:t>Complete the weekly assignments; freedom grows through continued truth and obedience.</w:t>
      </w:r>
    </w:p>
    <w:p>
      <w:pPr>
        <w:pStyle w:val="Heading2"/>
      </w:pPr>
      <w:r>
        <w:t>Personal Safety and Care Note</w:t>
      </w:r>
    </w:p>
    <w:p>
      <w:r>
        <w:t>This workbook is not a medical or mental-health diagnosis. Depression, trauma, addiction, memory problems, panic, intrusive thoughts, and other concerns may involve spiritual, medical, psychological, neurological, relational, and social factors. Seeking qualified care is not a lack of faith. If you or someone else is in immediate danger, contact emergency or crisis services and a trusted leader immediately.</w:t>
      </w:r>
    </w:p>
    <w:p>
      <w:pPr>
        <w:pStyle w:val="Heading2"/>
      </w:pPr>
      <w:r>
        <w:t>My Prayer for This Series</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pStyle w:val="Heading2"/>
      </w:pPr>
      <w:r>
        <w:t>Table of Sessions</w:t>
      </w:r>
    </w:p>
    <w:tbl>
      <w:tblPr>
        <w:tblStyle w:val="TableGrid"/>
        <w:tblW w:type="auto" w:w="0"/>
        <w:jc w:val="center"/>
        <w:tblLook w:firstColumn="1" w:firstRow="1" w:lastColumn="0" w:lastRow="0" w:noHBand="0" w:noVBand="1" w:val="04A0"/>
      </w:tblPr>
      <w:tblGrid>
        <w:gridCol w:w="5083"/>
        <w:gridCol w:w="5083"/>
      </w:tblGrid>
      <w:tr>
        <w:trPr>
          <w:tblHeader w:val="true"/>
        </w:trPr>
        <w:tc>
          <w:tcPr>
            <w:tcW w:type="dxa" w:w="3168"/>
            <w:shd w:fill="17365D"/>
            <w:tcMar>
              <w:top w:w="90" w:type="dxa"/>
              <w:start w:w="90" w:type="dxa"/>
              <w:bottom w:w="90" w:type="dxa"/>
              <w:end w:w="90" w:type="dxa"/>
            </w:tcMar>
            <w:vAlign w:val="center"/>
          </w:tcPr>
          <w:p>
            <w:r/>
            <w:r>
              <w:rPr>
                <w:rFonts w:ascii="Arial" w:hAnsi="Arial"/>
                <w:b/>
                <w:color w:val="FFFFFF"/>
                <w:sz w:val="18"/>
              </w:rPr>
              <w:t>Session</w:t>
            </w:r>
          </w:p>
        </w:tc>
        <w:tc>
          <w:tcPr>
            <w:tcW w:type="dxa" w:w="6768"/>
            <w:shd w:fill="17365D"/>
            <w:tcMar>
              <w:top w:w="90" w:type="dxa"/>
              <w:start w:w="90" w:type="dxa"/>
              <w:bottom w:w="90" w:type="dxa"/>
              <w:end w:w="90" w:type="dxa"/>
            </w:tcMar>
            <w:vAlign w:val="center"/>
          </w:tcPr>
          <w:p>
            <w:r/>
            <w:r>
              <w:rPr>
                <w:rFonts w:ascii="Arial" w:hAnsi="Arial"/>
                <w:b/>
                <w:color w:val="FFFFFF"/>
                <w:sz w:val="18"/>
              </w:rPr>
              <w:t>Focus</w:t>
            </w:r>
          </w:p>
        </w:tc>
      </w:tr>
      <w:tr>
        <w:tc>
          <w:tcPr>
            <w:tcW w:type="dxa" w:w="3168"/>
            <w:tcMar>
              <w:top w:w="90" w:type="dxa"/>
              <w:start w:w="90" w:type="dxa"/>
              <w:bottom w:w="90" w:type="dxa"/>
              <w:end w:w="90" w:type="dxa"/>
            </w:tcMar>
            <w:vAlign w:val="center"/>
          </w:tcPr>
          <w:p>
            <w:r/>
            <w:r>
              <w:rPr>
                <w:rFonts w:ascii="Arial" w:hAnsi="Arial"/>
                <w:b w:val="0"/>
                <w:color w:val="222222"/>
                <w:sz w:val="18"/>
              </w:rPr>
              <w:t>Week One — 60 minutes</w:t>
            </w:r>
          </w:p>
        </w:tc>
        <w:tc>
          <w:tcPr>
            <w:tcW w:type="dxa" w:w="6768"/>
            <w:tcMar>
              <w:top w:w="90" w:type="dxa"/>
              <w:start w:w="90" w:type="dxa"/>
              <w:bottom w:w="90" w:type="dxa"/>
              <w:end w:w="90" w:type="dxa"/>
            </w:tcMar>
            <w:vAlign w:val="center"/>
          </w:tcPr>
          <w:p>
            <w:r/>
            <w:r>
              <w:rPr>
                <w:rFonts w:ascii="Arial" w:hAnsi="Arial"/>
                <w:b w:val="0"/>
                <w:color w:val="222222"/>
                <w:sz w:val="18"/>
              </w:rPr>
              <w:t>Understanding the biblical fortress: definition, context, boundaries, and formation.</w:t>
            </w:r>
          </w:p>
        </w:tc>
      </w:tr>
      <w:tr>
        <w:tc>
          <w:tcPr>
            <w:tcW w:type="dxa" w:w="3168"/>
            <w:tcMar>
              <w:top w:w="90" w:type="dxa"/>
              <w:start w:w="90" w:type="dxa"/>
              <w:bottom w:w="90" w:type="dxa"/>
              <w:end w:w="90" w:type="dxa"/>
            </w:tcMar>
            <w:vAlign w:val="center"/>
            <w:shd w:fill="F2F2F2"/>
          </w:tcPr>
          <w:p>
            <w:r/>
            <w:r>
              <w:rPr>
                <w:rFonts w:ascii="Arial" w:hAnsi="Arial"/>
                <w:b w:val="0"/>
                <w:color w:val="222222"/>
                <w:sz w:val="18"/>
              </w:rPr>
              <w:t>Week Two — 30 minutes</w:t>
            </w:r>
          </w:p>
        </w:tc>
        <w:tc>
          <w:tcPr>
            <w:tcW w:type="dxa" w:w="6768"/>
            <w:tcMar>
              <w:top w:w="90" w:type="dxa"/>
              <w:start w:w="90" w:type="dxa"/>
              <w:bottom w:w="90" w:type="dxa"/>
              <w:end w:w="90" w:type="dxa"/>
            </w:tcMar>
            <w:vAlign w:val="center"/>
            <w:shd w:fill="F2F2F2"/>
          </w:tcPr>
          <w:p>
            <w:r/>
            <w:r>
              <w:rPr>
                <w:rFonts w:ascii="Arial" w:hAnsi="Arial"/>
                <w:b w:val="0"/>
                <w:color w:val="222222"/>
                <w:sz w:val="18"/>
              </w:rPr>
              <w:t>Recognizing attacks and identifying what exalts itself against the knowledge of God.</w:t>
            </w:r>
          </w:p>
        </w:tc>
      </w:tr>
      <w:tr>
        <w:tc>
          <w:tcPr>
            <w:tcW w:type="dxa" w:w="3168"/>
            <w:tcMar>
              <w:top w:w="90" w:type="dxa"/>
              <w:start w:w="90" w:type="dxa"/>
              <w:bottom w:w="90" w:type="dxa"/>
              <w:end w:w="90" w:type="dxa"/>
            </w:tcMar>
            <w:vAlign w:val="center"/>
          </w:tcPr>
          <w:p>
            <w:r/>
            <w:r>
              <w:rPr>
                <w:rFonts w:ascii="Arial" w:hAnsi="Arial"/>
                <w:b w:val="0"/>
                <w:color w:val="222222"/>
                <w:sz w:val="18"/>
              </w:rPr>
              <w:t>Week Three — 60 minutes</w:t>
            </w:r>
          </w:p>
        </w:tc>
        <w:tc>
          <w:tcPr>
            <w:tcW w:type="dxa" w:w="6768"/>
            <w:tcMar>
              <w:top w:w="90" w:type="dxa"/>
              <w:start w:w="90" w:type="dxa"/>
              <w:bottom w:w="90" w:type="dxa"/>
              <w:end w:w="90" w:type="dxa"/>
            </w:tcMar>
            <w:vAlign w:val="center"/>
          </w:tcPr>
          <w:p>
            <w:r/>
            <w:r>
              <w:rPr>
                <w:rFonts w:ascii="Arial" w:hAnsi="Arial"/>
                <w:b w:val="0"/>
                <w:color w:val="222222"/>
                <w:sz w:val="18"/>
              </w:rPr>
              <w:t>Demolishing strongholds and establishing lasting patterns of truth and obedience.</w:t>
            </w:r>
          </w:p>
        </w:tc>
      </w:tr>
    </w:tbl>
    <w:p/>
    <w:p>
      <w:pPr>
        <w:pStyle w:val="Heading1"/>
      </w:pPr>
      <w:r>
        <w:t>WEEK ONE — UNDERSTANDING THE FORTRESS</w:t>
      </w:r>
    </w:p>
    <w:tbl>
      <w:tblPr>
        <w:tblW w:type="auto" w:w="0"/>
        <w:jc w:val="center"/>
        <w:tblLayout w:type="autofit"/>
        <w:tblLook w:firstColumn="1" w:firstRow="1" w:lastColumn="0" w:lastRow="0" w:noHBand="0" w:noVBand="1" w:val="04A0"/>
      </w:tblPr>
      <w:tblGrid>
        <w:gridCol w:w="10166"/>
      </w:tblGrid>
      <w:tr>
        <w:tc>
          <w:tcPr>
            <w:tcW w:type="dxa" w:w="10166"/>
            <w:shd w:fill="17365D"/>
            <w:tcMar>
              <w:top w:w="90" w:type="dxa"/>
              <w:start w:w="90" w:type="dxa"/>
              <w:bottom w:w="90" w:type="dxa"/>
              <w:end w:w="90" w:type="dxa"/>
            </w:tcMar>
            <w:vAlign w:val="center"/>
          </w:tcPr>
          <w:p>
            <w:r/>
            <w:r>
              <w:rPr>
                <w:rFonts w:ascii="Arial" w:hAnsi="Arial"/>
                <w:b/>
                <w:color w:val="FFFFFF"/>
                <w:sz w:val="21"/>
              </w:rPr>
              <w:t>BIG IDEA</w:t>
            </w:r>
          </w:p>
        </w:tc>
      </w:tr>
      <w:tr>
        <w:tc>
          <w:tcPr>
            <w:tcW w:type="dxa" w:w="10166"/>
            <w:shd w:fill="EAF0F7"/>
            <w:tcMar>
              <w:top w:w="120" w:type="dxa"/>
              <w:start w:w="130" w:type="dxa"/>
              <w:bottom w:w="120" w:type="dxa"/>
              <w:end w:w="130" w:type="dxa"/>
            </w:tcMar>
          </w:tcPr>
          <w:p>
            <w:pPr>
              <w:spacing w:after="0"/>
            </w:pPr>
            <w:r/>
            <w:r>
              <w:rPr>
                <w:rFonts w:ascii="Arial" w:hAnsi="Arial"/>
                <w:color w:val="222222"/>
                <w:sz w:val="19"/>
              </w:rPr>
              <w:t>A stronghold is a fortified pattern that shelters a lie, resists God’s truth, and produces fruit in thought, worship, speech, relationships, and behavior.</w:t>
            </w:r>
          </w:p>
        </w:tc>
      </w:tr>
    </w:tbl>
    <w:p>
      <w:pPr>
        <w:spacing w:after="20"/>
      </w:pPr>
    </w:p>
    <w:p>
      <w:pPr>
        <w:pStyle w:val="Heading2"/>
      </w:pPr>
      <w:r>
        <w:t>1. Read the Text</w:t>
      </w:r>
    </w:p>
    <w:p>
      <w:r>
        <w:t>Read 2 Corinthians 10:1–6. Circle the words connected to warfare. Underline what is being destroyed. Draw a box around the goal of the battle.</w:t>
      </w:r>
    </w:p>
    <w:p>
      <w:r>
        <w:rPr>
          <w:b/>
        </w:rPr>
        <w:t>What did you observe?</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pStyle w:val="Heading2"/>
      </w:pPr>
      <w:r>
        <w:t>2. The Context Matters</w:t>
      </w:r>
    </w:p>
    <w:p>
      <w:r>
        <w:t>Paul was answering people who judged him by outward appearance and human standards. His weapons were not intimidation, manipulation, physical force, or worldly performance. God empowered the truth of the gospel to confront false arguments and lead people toward obedience to Christ.</w:t>
      </w:r>
    </w:p>
    <w:p>
      <w:r>
        <w:rPr>
          <w:b/>
        </w:rPr>
        <w:t xml:space="preserve">Complete: </w:t>
      </w:r>
      <w:r>
        <w:t>The goal of spiritual warfare in this passage is not fascination with the enemy; it is __________________________ to Christ.</w:t>
      </w:r>
    </w:p>
    <w:p>
      <w:pPr>
        <w:pStyle w:val="Heading2"/>
      </w:pPr>
      <w:r>
        <w:t>3. Key Word Study</w:t>
      </w:r>
    </w:p>
    <w:tbl>
      <w:tblPr>
        <w:tblStyle w:val="TableGrid"/>
        <w:tblW w:type="auto" w:w="0"/>
        <w:jc w:val="center"/>
        <w:tblLook w:firstColumn="1" w:firstRow="1" w:lastColumn="0" w:lastRow="0" w:noHBand="0" w:noVBand="1" w:val="04A0"/>
      </w:tblPr>
      <w:tblGrid>
        <w:gridCol w:w="5083"/>
        <w:gridCol w:w="5083"/>
      </w:tblGrid>
      <w:tr>
        <w:trPr>
          <w:tblHeader w:val="true"/>
        </w:trPr>
        <w:tc>
          <w:tcPr>
            <w:tcW w:type="dxa" w:w="3168"/>
            <w:shd w:fill="17365D"/>
            <w:tcMar>
              <w:top w:w="90" w:type="dxa"/>
              <w:start w:w="90" w:type="dxa"/>
              <w:bottom w:w="90" w:type="dxa"/>
              <w:end w:w="90" w:type="dxa"/>
            </w:tcMar>
            <w:vAlign w:val="center"/>
          </w:tcPr>
          <w:p>
            <w:r/>
            <w:r>
              <w:rPr>
                <w:rFonts w:ascii="Arial" w:hAnsi="Arial"/>
                <w:b/>
                <w:color w:val="FFFFFF"/>
                <w:sz w:val="18"/>
              </w:rPr>
              <w:t>Word</w:t>
            </w:r>
          </w:p>
        </w:tc>
        <w:tc>
          <w:tcPr>
            <w:tcW w:type="dxa" w:w="6768"/>
            <w:shd w:fill="17365D"/>
            <w:tcMar>
              <w:top w:w="90" w:type="dxa"/>
              <w:start w:w="90" w:type="dxa"/>
              <w:bottom w:w="90" w:type="dxa"/>
              <w:end w:w="90" w:type="dxa"/>
            </w:tcMar>
            <w:vAlign w:val="center"/>
          </w:tcPr>
          <w:p>
            <w:r/>
            <w:r>
              <w:rPr>
                <w:rFonts w:ascii="Arial" w:hAnsi="Arial"/>
                <w:b/>
                <w:color w:val="FFFFFF"/>
                <w:sz w:val="18"/>
              </w:rPr>
              <w:t>Write the Meaning</w:t>
            </w:r>
          </w:p>
        </w:tc>
      </w:tr>
      <w:tr>
        <w:tc>
          <w:tcPr>
            <w:tcW w:type="dxa" w:w="3168"/>
            <w:tcMar>
              <w:top w:w="90" w:type="dxa"/>
              <w:start w:w="90" w:type="dxa"/>
              <w:bottom w:w="90" w:type="dxa"/>
              <w:end w:w="90" w:type="dxa"/>
            </w:tcMar>
            <w:vAlign w:val="center"/>
          </w:tcPr>
          <w:p>
            <w:r/>
            <w:r>
              <w:rPr>
                <w:rFonts w:ascii="Arial" w:hAnsi="Arial"/>
                <w:b w:val="0"/>
                <w:color w:val="222222"/>
                <w:sz w:val="18"/>
              </w:rPr>
              <w:t>Stronghold — ochyrōma</w:t>
            </w:r>
          </w:p>
        </w:tc>
        <w:tc>
          <w:tcPr>
            <w:tcW w:type="dxa" w:w="6768"/>
            <w:tcMar>
              <w:top w:w="90" w:type="dxa"/>
              <w:start w:w="90" w:type="dxa"/>
              <w:bottom w:w="90" w:type="dxa"/>
              <w:end w:w="90" w:type="dxa"/>
            </w:tcMar>
            <w:vAlign w:val="center"/>
          </w:tcPr>
          <w:p>
            <w:r/>
            <w:r>
              <w:rPr>
                <w:rFonts w:ascii="Arial" w:hAnsi="Arial"/>
                <w:b w:val="0"/>
                <w:color w:val="222222"/>
                <w:sz w:val="18"/>
              </w:rPr>
              <w:t>____________________________________________________________</w:t>
            </w:r>
          </w:p>
        </w:tc>
      </w:tr>
      <w:tr>
        <w:tc>
          <w:tcPr>
            <w:tcW w:type="dxa" w:w="3168"/>
            <w:tcMar>
              <w:top w:w="90" w:type="dxa"/>
              <w:start w:w="90" w:type="dxa"/>
              <w:bottom w:w="90" w:type="dxa"/>
              <w:end w:w="90" w:type="dxa"/>
            </w:tcMar>
            <w:vAlign w:val="center"/>
            <w:shd w:fill="F2F2F2"/>
          </w:tcPr>
          <w:p>
            <w:r/>
            <w:r>
              <w:rPr>
                <w:rFonts w:ascii="Arial" w:hAnsi="Arial"/>
                <w:b w:val="0"/>
                <w:color w:val="222222"/>
                <w:sz w:val="18"/>
              </w:rPr>
              <w:t>Argument / imagination — logismos</w:t>
            </w:r>
          </w:p>
        </w:tc>
        <w:tc>
          <w:tcPr>
            <w:tcW w:type="dxa" w:w="6768"/>
            <w:tcMar>
              <w:top w:w="90" w:type="dxa"/>
              <w:start w:w="90" w:type="dxa"/>
              <w:bottom w:w="90" w:type="dxa"/>
              <w:end w:w="90" w:type="dxa"/>
            </w:tcMar>
            <w:vAlign w:val="center"/>
            <w:shd w:fill="F2F2F2"/>
          </w:tcPr>
          <w:p>
            <w:r/>
            <w:r>
              <w:rPr>
                <w:rFonts w:ascii="Arial" w:hAnsi="Arial"/>
                <w:b w:val="0"/>
                <w:color w:val="222222"/>
                <w:sz w:val="18"/>
              </w:rPr>
              <w:t>____________________________________________________________</w:t>
            </w:r>
          </w:p>
        </w:tc>
      </w:tr>
      <w:tr>
        <w:tc>
          <w:tcPr>
            <w:tcW w:type="dxa" w:w="3168"/>
            <w:tcMar>
              <w:top w:w="90" w:type="dxa"/>
              <w:start w:w="90" w:type="dxa"/>
              <w:bottom w:w="90" w:type="dxa"/>
              <w:end w:w="90" w:type="dxa"/>
            </w:tcMar>
            <w:vAlign w:val="center"/>
          </w:tcPr>
          <w:p>
            <w:r/>
            <w:r>
              <w:rPr>
                <w:rFonts w:ascii="Arial" w:hAnsi="Arial"/>
                <w:b w:val="0"/>
                <w:color w:val="222222"/>
                <w:sz w:val="18"/>
              </w:rPr>
              <w:t>High thing — hypsōma</w:t>
            </w:r>
          </w:p>
        </w:tc>
        <w:tc>
          <w:tcPr>
            <w:tcW w:type="dxa" w:w="6768"/>
            <w:tcMar>
              <w:top w:w="90" w:type="dxa"/>
              <w:start w:w="90" w:type="dxa"/>
              <w:bottom w:w="90" w:type="dxa"/>
              <w:end w:w="90" w:type="dxa"/>
            </w:tcMar>
            <w:vAlign w:val="center"/>
          </w:tcPr>
          <w:p>
            <w:r/>
            <w:r>
              <w:rPr>
                <w:rFonts w:ascii="Arial" w:hAnsi="Arial"/>
                <w:b w:val="0"/>
                <w:color w:val="222222"/>
                <w:sz w:val="18"/>
              </w:rPr>
              <w:t>____________________________________________________________</w:t>
            </w:r>
          </w:p>
        </w:tc>
      </w:tr>
      <w:tr>
        <w:tc>
          <w:tcPr>
            <w:tcW w:type="dxa" w:w="3168"/>
            <w:tcMar>
              <w:top w:w="90" w:type="dxa"/>
              <w:start w:w="90" w:type="dxa"/>
              <w:bottom w:w="90" w:type="dxa"/>
              <w:end w:w="90" w:type="dxa"/>
            </w:tcMar>
            <w:vAlign w:val="center"/>
            <w:shd w:fill="F2F2F2"/>
          </w:tcPr>
          <w:p>
            <w:r/>
            <w:r>
              <w:rPr>
                <w:rFonts w:ascii="Arial" w:hAnsi="Arial"/>
                <w:b w:val="0"/>
                <w:color w:val="222222"/>
                <w:sz w:val="18"/>
              </w:rPr>
              <w:t>Take captive — aichmalōtizō</w:t>
            </w:r>
          </w:p>
        </w:tc>
        <w:tc>
          <w:tcPr>
            <w:tcW w:type="dxa" w:w="6768"/>
            <w:tcMar>
              <w:top w:w="90" w:type="dxa"/>
              <w:start w:w="90" w:type="dxa"/>
              <w:bottom w:w="90" w:type="dxa"/>
              <w:end w:w="90" w:type="dxa"/>
            </w:tcMar>
            <w:vAlign w:val="center"/>
            <w:shd w:fill="F2F2F2"/>
          </w:tcPr>
          <w:p>
            <w:r/>
            <w:r>
              <w:rPr>
                <w:rFonts w:ascii="Arial" w:hAnsi="Arial"/>
                <w:b w:val="0"/>
                <w:color w:val="222222"/>
                <w:sz w:val="18"/>
              </w:rPr>
              <w:t>____________________________________________________________</w:t>
            </w:r>
          </w:p>
        </w:tc>
      </w:tr>
      <w:tr>
        <w:tc>
          <w:tcPr>
            <w:tcW w:type="dxa" w:w="3168"/>
            <w:tcMar>
              <w:top w:w="90" w:type="dxa"/>
              <w:start w:w="90" w:type="dxa"/>
              <w:bottom w:w="90" w:type="dxa"/>
              <w:end w:w="90" w:type="dxa"/>
            </w:tcMar>
            <w:vAlign w:val="center"/>
          </w:tcPr>
          <w:p>
            <w:r/>
            <w:r>
              <w:rPr>
                <w:rFonts w:ascii="Arial" w:hAnsi="Arial"/>
                <w:b w:val="0"/>
                <w:color w:val="222222"/>
                <w:sz w:val="18"/>
              </w:rPr>
              <w:t>Obedience</w:t>
            </w:r>
          </w:p>
        </w:tc>
        <w:tc>
          <w:tcPr>
            <w:tcW w:type="dxa" w:w="6768"/>
            <w:tcMar>
              <w:top w:w="90" w:type="dxa"/>
              <w:start w:w="90" w:type="dxa"/>
              <w:bottom w:w="90" w:type="dxa"/>
              <w:end w:w="90" w:type="dxa"/>
            </w:tcMar>
            <w:vAlign w:val="center"/>
          </w:tcPr>
          <w:p>
            <w:r/>
            <w:r>
              <w:rPr>
                <w:rFonts w:ascii="Arial" w:hAnsi="Arial"/>
                <w:b w:val="0"/>
                <w:color w:val="222222"/>
                <w:sz w:val="18"/>
              </w:rPr>
              <w:t>____________________________________________________________</w:t>
            </w:r>
          </w:p>
        </w:tc>
      </w:tr>
    </w:tbl>
    <w:p/>
    <w:p>
      <w:pPr>
        <w:pStyle w:val="Heading2"/>
      </w:pPr>
      <w:r>
        <w:t>4. Working Definition</w:t>
      </w:r>
    </w:p>
    <w:p>
      <w:r>
        <w:t>Fill in the blanks:</w:t>
      </w:r>
    </w:p>
    <w:p>
      <w:r>
        <w:rPr>
          <w:b/>
        </w:rPr>
        <w:t xml:space="preserve">A stronghold is a </w:t>
      </w:r>
      <w:r>
        <w:t>__________________ pattern of reasoning, belief, desire, loyalty, or behavior that shelters a __________________, __________________ God’s revealed truth, and produces __________________ in a person or community.</w:t>
      </w:r>
    </w:p>
    <w:p>
      <w:r>
        <w:rPr>
          <w:b/>
        </w:rPr>
        <w:t>Rewrite the definition in your own words:</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pStyle w:val="Heading2"/>
      </w:pPr>
      <w:r>
        <w:t>5. Four Identifying Marks</w:t>
      </w:r>
    </w:p>
    <w:tbl>
      <w:tblPr>
        <w:tblStyle w:val="TableGrid"/>
        <w:tblW w:type="auto" w:w="0"/>
        <w:jc w:val="center"/>
        <w:tblLook w:firstColumn="1" w:firstRow="1" w:lastColumn="0" w:lastRow="0" w:noHBand="0" w:noVBand="1" w:val="04A0"/>
      </w:tblPr>
      <w:tblGrid>
        <w:gridCol w:w="5083"/>
        <w:gridCol w:w="5083"/>
      </w:tblGrid>
      <w:tr>
        <w:trPr>
          <w:tblHeader w:val="true"/>
        </w:trPr>
        <w:tc>
          <w:tcPr>
            <w:tcW w:type="dxa" w:w="3168"/>
            <w:shd w:fill="17365D"/>
            <w:tcMar>
              <w:top w:w="90" w:type="dxa"/>
              <w:start w:w="90" w:type="dxa"/>
              <w:bottom w:w="90" w:type="dxa"/>
              <w:end w:w="90" w:type="dxa"/>
            </w:tcMar>
            <w:vAlign w:val="center"/>
          </w:tcPr>
          <w:p>
            <w:r/>
            <w:r>
              <w:rPr>
                <w:rFonts w:ascii="Arial" w:hAnsi="Arial"/>
                <w:b/>
                <w:color w:val="FFFFFF"/>
                <w:sz w:val="18"/>
              </w:rPr>
              <w:t>Mark</w:t>
            </w:r>
          </w:p>
        </w:tc>
        <w:tc>
          <w:tcPr>
            <w:tcW w:type="dxa" w:w="6768"/>
            <w:shd w:fill="17365D"/>
            <w:tcMar>
              <w:top w:w="90" w:type="dxa"/>
              <w:start w:w="90" w:type="dxa"/>
              <w:bottom w:w="90" w:type="dxa"/>
              <w:end w:w="90" w:type="dxa"/>
            </w:tcMar>
            <w:vAlign w:val="center"/>
          </w:tcPr>
          <w:p>
            <w:r/>
            <w:r>
              <w:rPr>
                <w:rFonts w:ascii="Arial" w:hAnsi="Arial"/>
                <w:b/>
                <w:color w:val="FFFFFF"/>
                <w:sz w:val="18"/>
              </w:rPr>
              <w:t>My Notes</w:t>
            </w:r>
          </w:p>
        </w:tc>
      </w:tr>
      <w:tr>
        <w:tc>
          <w:tcPr>
            <w:tcW w:type="dxa" w:w="3168"/>
            <w:tcMar>
              <w:top w:w="90" w:type="dxa"/>
              <w:start w:w="90" w:type="dxa"/>
              <w:bottom w:w="90" w:type="dxa"/>
              <w:end w:w="90" w:type="dxa"/>
            </w:tcMar>
            <w:vAlign w:val="center"/>
          </w:tcPr>
          <w:p>
            <w:r/>
            <w:r>
              <w:rPr>
                <w:rFonts w:ascii="Arial" w:hAnsi="Arial"/>
                <w:b w:val="0"/>
                <w:color w:val="222222"/>
                <w:sz w:val="18"/>
              </w:rPr>
              <w:t>1. Fortified</w:t>
            </w:r>
          </w:p>
        </w:tc>
        <w:tc>
          <w:tcPr>
            <w:tcW w:type="dxa" w:w="6768"/>
            <w:tcMar>
              <w:top w:w="90" w:type="dxa"/>
              <w:start w:w="90" w:type="dxa"/>
              <w:bottom w:w="90" w:type="dxa"/>
              <w:end w:w="90" w:type="dxa"/>
            </w:tcMar>
            <w:vAlign w:val="center"/>
          </w:tcPr>
          <w:p>
            <w:r/>
            <w:r>
              <w:rPr>
                <w:rFonts w:ascii="Arial" w:hAnsi="Arial"/>
                <w:b w:val="0"/>
                <w:color w:val="222222"/>
                <w:sz w:val="18"/>
              </w:rPr>
              <w:t>____________________________________________________________</w:t>
            </w:r>
          </w:p>
        </w:tc>
      </w:tr>
      <w:tr>
        <w:tc>
          <w:tcPr>
            <w:tcW w:type="dxa" w:w="3168"/>
            <w:tcMar>
              <w:top w:w="90" w:type="dxa"/>
              <w:start w:w="90" w:type="dxa"/>
              <w:bottom w:w="90" w:type="dxa"/>
              <w:end w:w="90" w:type="dxa"/>
            </w:tcMar>
            <w:vAlign w:val="center"/>
            <w:shd w:fill="F2F2F2"/>
          </w:tcPr>
          <w:p>
            <w:r/>
            <w:r>
              <w:rPr>
                <w:rFonts w:ascii="Arial" w:hAnsi="Arial"/>
                <w:b w:val="0"/>
                <w:color w:val="222222"/>
                <w:sz w:val="18"/>
              </w:rPr>
              <w:t>2. False or misplaced</w:t>
            </w:r>
          </w:p>
        </w:tc>
        <w:tc>
          <w:tcPr>
            <w:tcW w:type="dxa" w:w="6768"/>
            <w:tcMar>
              <w:top w:w="90" w:type="dxa"/>
              <w:start w:w="90" w:type="dxa"/>
              <w:bottom w:w="90" w:type="dxa"/>
              <w:end w:w="90" w:type="dxa"/>
            </w:tcMar>
            <w:vAlign w:val="center"/>
            <w:shd w:fill="F2F2F2"/>
          </w:tcPr>
          <w:p>
            <w:r/>
            <w:r>
              <w:rPr>
                <w:rFonts w:ascii="Arial" w:hAnsi="Arial"/>
                <w:b w:val="0"/>
                <w:color w:val="222222"/>
                <w:sz w:val="18"/>
              </w:rPr>
              <w:t>____________________________________________________________</w:t>
            </w:r>
          </w:p>
        </w:tc>
      </w:tr>
      <w:tr>
        <w:tc>
          <w:tcPr>
            <w:tcW w:type="dxa" w:w="3168"/>
            <w:tcMar>
              <w:top w:w="90" w:type="dxa"/>
              <w:start w:w="90" w:type="dxa"/>
              <w:bottom w:w="90" w:type="dxa"/>
              <w:end w:w="90" w:type="dxa"/>
            </w:tcMar>
            <w:vAlign w:val="center"/>
          </w:tcPr>
          <w:p>
            <w:r/>
            <w:r>
              <w:rPr>
                <w:rFonts w:ascii="Arial" w:hAnsi="Arial"/>
                <w:b w:val="0"/>
                <w:color w:val="222222"/>
                <w:sz w:val="18"/>
              </w:rPr>
              <w:t>3. Resistant</w:t>
            </w:r>
          </w:p>
        </w:tc>
        <w:tc>
          <w:tcPr>
            <w:tcW w:type="dxa" w:w="6768"/>
            <w:tcMar>
              <w:top w:w="90" w:type="dxa"/>
              <w:start w:w="90" w:type="dxa"/>
              <w:bottom w:w="90" w:type="dxa"/>
              <w:end w:w="90" w:type="dxa"/>
            </w:tcMar>
            <w:vAlign w:val="center"/>
          </w:tcPr>
          <w:p>
            <w:r/>
            <w:r>
              <w:rPr>
                <w:rFonts w:ascii="Arial" w:hAnsi="Arial"/>
                <w:b w:val="0"/>
                <w:color w:val="222222"/>
                <w:sz w:val="18"/>
              </w:rPr>
              <w:t>____________________________________________________________</w:t>
            </w:r>
          </w:p>
        </w:tc>
      </w:tr>
      <w:tr>
        <w:tc>
          <w:tcPr>
            <w:tcW w:type="dxa" w:w="3168"/>
            <w:tcMar>
              <w:top w:w="90" w:type="dxa"/>
              <w:start w:w="90" w:type="dxa"/>
              <w:bottom w:w="90" w:type="dxa"/>
              <w:end w:w="90" w:type="dxa"/>
            </w:tcMar>
            <w:vAlign w:val="center"/>
            <w:shd w:fill="F2F2F2"/>
          </w:tcPr>
          <w:p>
            <w:r/>
            <w:r>
              <w:rPr>
                <w:rFonts w:ascii="Arial" w:hAnsi="Arial"/>
                <w:b w:val="0"/>
                <w:color w:val="222222"/>
                <w:sz w:val="18"/>
              </w:rPr>
              <w:t>4. Fruit-bearing</w:t>
            </w:r>
          </w:p>
        </w:tc>
        <w:tc>
          <w:tcPr>
            <w:tcW w:type="dxa" w:w="6768"/>
            <w:tcMar>
              <w:top w:w="90" w:type="dxa"/>
              <w:start w:w="90" w:type="dxa"/>
              <w:bottom w:w="90" w:type="dxa"/>
              <w:end w:w="90" w:type="dxa"/>
            </w:tcMar>
            <w:vAlign w:val="center"/>
            <w:shd w:fill="F2F2F2"/>
          </w:tcPr>
          <w:p>
            <w:r/>
            <w:r>
              <w:rPr>
                <w:rFonts w:ascii="Arial" w:hAnsi="Arial"/>
                <w:b w:val="0"/>
                <w:color w:val="222222"/>
                <w:sz w:val="18"/>
              </w:rPr>
              <w:t>____________________________________________________________</w:t>
            </w:r>
          </w:p>
        </w:tc>
      </w:tr>
    </w:tbl>
    <w:p/>
    <w:p>
      <w:pPr>
        <w:pStyle w:val="Heading2"/>
      </w:pPr>
      <w:r>
        <w:t>6. Stronghold or Not?</w:t>
      </w:r>
    </w:p>
    <w:p>
      <w:r>
        <w:t>Mark each statement True or False, then explain one answer.</w:t>
      </w:r>
    </w:p>
    <w:p>
      <w:pPr>
        <w:spacing w:after="100"/>
      </w:pPr>
      <w:r>
        <w:t>☐ True   ☐ False     Every unwanted thought is a stronghold.</w:t>
      </w:r>
    </w:p>
    <w:p>
      <w:pPr>
        <w:spacing w:after="100"/>
      </w:pPr>
      <w:r>
        <w:t>☐ True   ☐ False     A person may be difficult, but a person is not the stronghold we pull down.</w:t>
      </w:r>
    </w:p>
    <w:p>
      <w:pPr>
        <w:spacing w:after="100"/>
      </w:pPr>
      <w:r>
        <w:t>☐ True   ☐ False     A stronghold can be reinforced by repeated agreement and behavior.</w:t>
      </w:r>
    </w:p>
    <w:p>
      <w:pPr>
        <w:spacing w:after="100"/>
      </w:pPr>
      <w:r>
        <w:t>☐ True   ☐ False     Every painful emotion proves spiritual bondage.</w:t>
      </w:r>
    </w:p>
    <w:p>
      <w:pPr>
        <w:spacing w:after="100"/>
      </w:pPr>
      <w:r>
        <w:t>☐ True   ☐ False     Spiritual warfare removes personal responsibility for sinful choices.</w:t>
      </w:r>
    </w:p>
    <w:p>
      <w:pPr>
        <w:spacing w:after="100"/>
      </w:pPr>
      <w:r>
        <w:t>☐ True   ☐ False     The power of spiritual weapons comes from God.</w:t>
      </w:r>
    </w:p>
    <w:p>
      <w:pPr>
        <w:spacing w:after="100"/>
      </w:pPr>
      <w:r>
        <w:t>☐ True   ☐ False     Honest questions and careful Bible study are not rebellion.</w:t>
      </w:r>
    </w:p>
    <w:p>
      <w:pPr>
        <w:spacing w:after="100"/>
      </w:pPr>
      <w:r>
        <w:t>☐ True   ☐ False     The goal is growing obedience to Jesus Christ.</w:t>
      </w:r>
    </w:p>
    <w:p>
      <w:r>
        <w:rPr>
          <w:b/>
        </w:rPr>
        <w:t>Explain one answer:</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pStyle w:val="Heading2"/>
      </w:pPr>
      <w:r>
        <w:t>7. The Stronghold Formation Cycle</w:t>
      </w:r>
    </w:p>
    <w:tbl>
      <w:tblPr>
        <w:tblW w:type="auto" w:w="0"/>
        <w:jc w:val="center"/>
        <w:tblLayout w:type="autofit"/>
        <w:tblLook w:firstColumn="1" w:firstRow="1" w:lastColumn="0" w:lastRow="0" w:noHBand="0" w:noVBand="1" w:val="04A0"/>
      </w:tblPr>
      <w:tblGrid>
        <w:gridCol w:w="10166"/>
      </w:tblGrid>
      <w:tr>
        <w:tc>
          <w:tcPr>
            <w:tcW w:type="dxa" w:w="10166"/>
            <w:shd w:fill="C49A3A"/>
            <w:tcMar>
              <w:top w:w="90" w:type="dxa"/>
              <w:start w:w="90" w:type="dxa"/>
              <w:bottom w:w="90" w:type="dxa"/>
              <w:end w:w="90" w:type="dxa"/>
            </w:tcMar>
            <w:vAlign w:val="center"/>
          </w:tcPr>
          <w:p>
            <w:r/>
            <w:r>
              <w:rPr>
                <w:rFonts w:ascii="Arial" w:hAnsi="Arial"/>
                <w:b/>
                <w:color w:val="FFFFFF"/>
                <w:sz w:val="21"/>
              </w:rPr>
              <w:t>FILL IN THE CYCLE</w:t>
            </w:r>
          </w:p>
        </w:tc>
      </w:tr>
      <w:tr>
        <w:tc>
          <w:tcPr>
            <w:tcW w:type="dxa" w:w="10166"/>
            <w:shd w:fill="F7F0DE"/>
            <w:tcMar>
              <w:top w:w="120" w:type="dxa"/>
              <w:start w:w="130" w:type="dxa"/>
              <w:bottom w:w="120" w:type="dxa"/>
              <w:end w:w="130" w:type="dxa"/>
            </w:tcMar>
          </w:tcPr>
          <w:p>
            <w:pPr>
              <w:spacing w:after="0"/>
            </w:pPr>
            <w:r/>
            <w:r>
              <w:rPr>
                <w:rFonts w:ascii="Arial" w:hAnsi="Arial"/>
                <w:color w:val="222222"/>
                <w:sz w:val="19"/>
              </w:rPr>
              <w:t>ENTRY → __________________ → AGREEMENT → __________________ → REINFORCEMENT → __________________ → FRUIT → FEEDBACK</w:t>
            </w:r>
          </w:p>
        </w:tc>
      </w:tr>
    </w:tbl>
    <w:p>
      <w:pPr>
        <w:spacing w:after="20"/>
      </w:pPr>
    </w:p>
    <w:p>
      <w:r>
        <w:rPr>
          <w:b/>
        </w:rPr>
        <w:t>Describe how one harmless-looking thought can become fortified:</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pStyle w:val="Heading2"/>
      </w:pPr>
      <w:r>
        <w:t>8. Bible Case Study — Numbers 13–14</w:t>
      </w:r>
    </w:p>
    <w:tbl>
      <w:tblPr>
        <w:tblStyle w:val="TableGrid"/>
        <w:tblW w:type="auto" w:w="0"/>
        <w:jc w:val="center"/>
        <w:tblLook w:firstColumn="1" w:firstRow="1" w:lastColumn="0" w:lastRow="0" w:noHBand="0" w:noVBand="1" w:val="04A0"/>
      </w:tblPr>
      <w:tblGrid>
        <w:gridCol w:w="3389"/>
        <w:gridCol w:w="3389"/>
        <w:gridCol w:w="3389"/>
      </w:tblGrid>
      <w:tr>
        <w:trPr>
          <w:tblHeader w:val="true"/>
        </w:trPr>
        <w:tc>
          <w:tcPr>
            <w:tcW w:type="dxa" w:w="3240"/>
            <w:shd w:fill="17365D"/>
            <w:tcMar>
              <w:top w:w="90" w:type="dxa"/>
              <w:start w:w="90" w:type="dxa"/>
              <w:bottom w:w="90" w:type="dxa"/>
              <w:end w:w="90" w:type="dxa"/>
            </w:tcMar>
            <w:vAlign w:val="center"/>
          </w:tcPr>
          <w:p>
            <w:r/>
            <w:r>
              <w:rPr>
                <w:rFonts w:ascii="Arial" w:hAnsi="Arial"/>
                <w:b/>
                <w:color w:val="FFFFFF"/>
                <w:sz w:val="18"/>
              </w:rPr>
              <w:t>Question</w:t>
            </w:r>
          </w:p>
        </w:tc>
        <w:tc>
          <w:tcPr>
            <w:tcW w:type="dxa" w:w="3312"/>
            <w:shd w:fill="17365D"/>
            <w:tcMar>
              <w:top w:w="90" w:type="dxa"/>
              <w:start w:w="90" w:type="dxa"/>
              <w:bottom w:w="90" w:type="dxa"/>
              <w:end w:w="90" w:type="dxa"/>
            </w:tcMar>
            <w:vAlign w:val="center"/>
          </w:tcPr>
          <w:p>
            <w:r/>
            <w:r>
              <w:rPr>
                <w:rFonts w:ascii="Arial" w:hAnsi="Arial"/>
                <w:b/>
                <w:color w:val="FFFFFF"/>
                <w:sz w:val="18"/>
              </w:rPr>
              <w:t>Ten Spies</w:t>
            </w:r>
          </w:p>
        </w:tc>
        <w:tc>
          <w:tcPr>
            <w:tcW w:type="dxa" w:w="3312"/>
            <w:shd w:fill="17365D"/>
            <w:tcMar>
              <w:top w:w="90" w:type="dxa"/>
              <w:start w:w="90" w:type="dxa"/>
              <w:bottom w:w="90" w:type="dxa"/>
              <w:end w:w="90" w:type="dxa"/>
            </w:tcMar>
            <w:vAlign w:val="center"/>
          </w:tcPr>
          <w:p>
            <w:r/>
            <w:r>
              <w:rPr>
                <w:rFonts w:ascii="Arial" w:hAnsi="Arial"/>
                <w:b/>
                <w:color w:val="FFFFFF"/>
                <w:sz w:val="18"/>
              </w:rPr>
              <w:t>Joshua and Caleb</w:t>
            </w:r>
          </w:p>
        </w:tc>
      </w:tr>
      <w:tr>
        <w:tc>
          <w:tcPr>
            <w:tcW w:type="dxa" w:w="3240"/>
            <w:tcMar>
              <w:top w:w="90" w:type="dxa"/>
              <w:start w:w="90" w:type="dxa"/>
              <w:bottom w:w="90" w:type="dxa"/>
              <w:end w:w="90" w:type="dxa"/>
            </w:tcMar>
            <w:vAlign w:val="center"/>
          </w:tcPr>
          <w:p>
            <w:r/>
            <w:r>
              <w:rPr>
                <w:rFonts w:ascii="Arial" w:hAnsi="Arial"/>
                <w:b w:val="0"/>
                <w:color w:val="222222"/>
                <w:sz w:val="17"/>
              </w:rPr>
              <w:t>What facts did they see?</w:t>
            </w:r>
          </w:p>
        </w:tc>
        <w:tc>
          <w:tcPr>
            <w:tcW w:type="dxa" w:w="3312"/>
            <w:tcMar>
              <w:top w:w="90" w:type="dxa"/>
              <w:start w:w="90" w:type="dxa"/>
              <w:bottom w:w="90" w:type="dxa"/>
              <w:end w:w="90" w:type="dxa"/>
            </w:tcMar>
            <w:vAlign w:val="center"/>
          </w:tcPr>
          <w:p>
            <w:r/>
            <w:r>
              <w:rPr>
                <w:rFonts w:ascii="Arial" w:hAnsi="Arial"/>
                <w:b w:val="0"/>
                <w:color w:val="222222"/>
                <w:sz w:val="17"/>
              </w:rPr>
              <w:t>________________________</w:t>
            </w:r>
          </w:p>
        </w:tc>
        <w:tc>
          <w:tcPr>
            <w:tcW w:type="dxa" w:w="3312"/>
            <w:tcMar>
              <w:top w:w="90" w:type="dxa"/>
              <w:start w:w="90" w:type="dxa"/>
              <w:bottom w:w="90" w:type="dxa"/>
              <w:end w:w="90" w:type="dxa"/>
            </w:tcMar>
            <w:vAlign w:val="center"/>
          </w:tcPr>
          <w:p>
            <w:r/>
            <w:r>
              <w:rPr>
                <w:rFonts w:ascii="Arial" w:hAnsi="Arial"/>
                <w:b w:val="0"/>
                <w:color w:val="222222"/>
                <w:sz w:val="17"/>
              </w:rPr>
              <w:t>________________________</w:t>
            </w:r>
          </w:p>
        </w:tc>
      </w:tr>
      <w:tr>
        <w:tc>
          <w:tcPr>
            <w:tcW w:type="dxa" w:w="3240"/>
            <w:tcMar>
              <w:top w:w="90" w:type="dxa"/>
              <w:start w:w="90" w:type="dxa"/>
              <w:bottom w:w="90" w:type="dxa"/>
              <w:end w:w="90" w:type="dxa"/>
            </w:tcMar>
            <w:vAlign w:val="center"/>
            <w:shd w:fill="F2F2F2"/>
          </w:tcPr>
          <w:p>
            <w:r/>
            <w:r>
              <w:rPr>
                <w:rFonts w:ascii="Arial" w:hAnsi="Arial"/>
                <w:b w:val="0"/>
                <w:color w:val="222222"/>
                <w:sz w:val="17"/>
              </w:rPr>
              <w:t>How did they interpret them?</w:t>
            </w:r>
          </w:p>
        </w:tc>
        <w:tc>
          <w:tcPr>
            <w:tcW w:type="dxa" w:w="3312"/>
            <w:tcMar>
              <w:top w:w="90" w:type="dxa"/>
              <w:start w:w="90" w:type="dxa"/>
              <w:bottom w:w="90" w:type="dxa"/>
              <w:end w:w="90" w:type="dxa"/>
            </w:tcMar>
            <w:vAlign w:val="center"/>
            <w:shd w:fill="F2F2F2"/>
          </w:tcPr>
          <w:p>
            <w:r/>
            <w:r>
              <w:rPr>
                <w:rFonts w:ascii="Arial" w:hAnsi="Arial"/>
                <w:b w:val="0"/>
                <w:color w:val="222222"/>
                <w:sz w:val="17"/>
              </w:rPr>
              <w:t>________________________</w:t>
            </w:r>
          </w:p>
        </w:tc>
        <w:tc>
          <w:tcPr>
            <w:tcW w:type="dxa" w:w="3312"/>
            <w:tcMar>
              <w:top w:w="90" w:type="dxa"/>
              <w:start w:w="90" w:type="dxa"/>
              <w:bottom w:w="90" w:type="dxa"/>
              <w:end w:w="90" w:type="dxa"/>
            </w:tcMar>
            <w:vAlign w:val="center"/>
            <w:shd w:fill="F2F2F2"/>
          </w:tcPr>
          <w:p>
            <w:r/>
            <w:r>
              <w:rPr>
                <w:rFonts w:ascii="Arial" w:hAnsi="Arial"/>
                <w:b w:val="0"/>
                <w:color w:val="222222"/>
                <w:sz w:val="17"/>
              </w:rPr>
              <w:t>________________________</w:t>
            </w:r>
          </w:p>
        </w:tc>
      </w:tr>
      <w:tr>
        <w:tc>
          <w:tcPr>
            <w:tcW w:type="dxa" w:w="3240"/>
            <w:tcMar>
              <w:top w:w="90" w:type="dxa"/>
              <w:start w:w="90" w:type="dxa"/>
              <w:bottom w:w="90" w:type="dxa"/>
              <w:end w:w="90" w:type="dxa"/>
            </w:tcMar>
            <w:vAlign w:val="center"/>
          </w:tcPr>
          <w:p>
            <w:r/>
            <w:r>
              <w:rPr>
                <w:rFonts w:ascii="Arial" w:hAnsi="Arial"/>
                <w:b w:val="0"/>
                <w:color w:val="222222"/>
                <w:sz w:val="17"/>
              </w:rPr>
              <w:t>What did they remember or forget about God?</w:t>
            </w:r>
          </w:p>
        </w:tc>
        <w:tc>
          <w:tcPr>
            <w:tcW w:type="dxa" w:w="3312"/>
            <w:tcMar>
              <w:top w:w="90" w:type="dxa"/>
              <w:start w:w="90" w:type="dxa"/>
              <w:bottom w:w="90" w:type="dxa"/>
              <w:end w:w="90" w:type="dxa"/>
            </w:tcMar>
            <w:vAlign w:val="center"/>
          </w:tcPr>
          <w:p>
            <w:r/>
            <w:r>
              <w:rPr>
                <w:rFonts w:ascii="Arial" w:hAnsi="Arial"/>
                <w:b w:val="0"/>
                <w:color w:val="222222"/>
                <w:sz w:val="17"/>
              </w:rPr>
              <w:t>________________________</w:t>
            </w:r>
          </w:p>
        </w:tc>
        <w:tc>
          <w:tcPr>
            <w:tcW w:type="dxa" w:w="3312"/>
            <w:tcMar>
              <w:top w:w="90" w:type="dxa"/>
              <w:start w:w="90" w:type="dxa"/>
              <w:bottom w:w="90" w:type="dxa"/>
              <w:end w:w="90" w:type="dxa"/>
            </w:tcMar>
            <w:vAlign w:val="center"/>
          </w:tcPr>
          <w:p>
            <w:r/>
            <w:r>
              <w:rPr>
                <w:rFonts w:ascii="Arial" w:hAnsi="Arial"/>
                <w:b w:val="0"/>
                <w:color w:val="222222"/>
                <w:sz w:val="17"/>
              </w:rPr>
              <w:t>________________________</w:t>
            </w:r>
          </w:p>
        </w:tc>
      </w:tr>
      <w:tr>
        <w:tc>
          <w:tcPr>
            <w:tcW w:type="dxa" w:w="3240"/>
            <w:tcMar>
              <w:top w:w="90" w:type="dxa"/>
              <w:start w:w="90" w:type="dxa"/>
              <w:bottom w:w="90" w:type="dxa"/>
              <w:end w:w="90" w:type="dxa"/>
            </w:tcMar>
            <w:vAlign w:val="center"/>
            <w:shd w:fill="F2F2F2"/>
          </w:tcPr>
          <w:p>
            <w:r/>
            <w:r>
              <w:rPr>
                <w:rFonts w:ascii="Arial" w:hAnsi="Arial"/>
                <w:b w:val="0"/>
                <w:color w:val="222222"/>
                <w:sz w:val="17"/>
              </w:rPr>
              <w:t>What action followed?</w:t>
            </w:r>
          </w:p>
        </w:tc>
        <w:tc>
          <w:tcPr>
            <w:tcW w:type="dxa" w:w="3312"/>
            <w:tcMar>
              <w:top w:w="90" w:type="dxa"/>
              <w:start w:w="90" w:type="dxa"/>
              <w:bottom w:w="90" w:type="dxa"/>
              <w:end w:w="90" w:type="dxa"/>
            </w:tcMar>
            <w:vAlign w:val="center"/>
            <w:shd w:fill="F2F2F2"/>
          </w:tcPr>
          <w:p>
            <w:r/>
            <w:r>
              <w:rPr>
                <w:rFonts w:ascii="Arial" w:hAnsi="Arial"/>
                <w:b w:val="0"/>
                <w:color w:val="222222"/>
                <w:sz w:val="17"/>
              </w:rPr>
              <w:t>________________________</w:t>
            </w:r>
          </w:p>
        </w:tc>
        <w:tc>
          <w:tcPr>
            <w:tcW w:type="dxa" w:w="3312"/>
            <w:tcMar>
              <w:top w:w="90" w:type="dxa"/>
              <w:start w:w="90" w:type="dxa"/>
              <w:bottom w:w="90" w:type="dxa"/>
              <w:end w:w="90" w:type="dxa"/>
            </w:tcMar>
            <w:vAlign w:val="center"/>
            <w:shd w:fill="F2F2F2"/>
          </w:tcPr>
          <w:p>
            <w:r/>
            <w:r>
              <w:rPr>
                <w:rFonts w:ascii="Arial" w:hAnsi="Arial"/>
                <w:b w:val="0"/>
                <w:color w:val="222222"/>
                <w:sz w:val="17"/>
              </w:rPr>
              <w:t>________________________</w:t>
            </w:r>
          </w:p>
        </w:tc>
      </w:tr>
    </w:tbl>
    <w:p/>
    <w:p>
      <w:r>
        <w:t>Faith does not deny facts. Faith refuses to give facts a meaning that contradicts God’s __________________, __________________, and __________________.</w:t>
      </w:r>
    </w:p>
    <w:p>
      <w:pPr>
        <w:pStyle w:val="Heading2"/>
      </w:pPr>
      <w:r>
        <w:t>9. Stronghold Observation Journal</w:t>
      </w:r>
    </w:p>
    <w:p>
      <w:r>
        <w:t>During the next seven days, notice recurring statements under pressure. Do not shame yourself; observe carefully.</w:t>
      </w:r>
    </w:p>
    <w:tbl>
      <w:tblPr>
        <w:tblStyle w:val="TableGrid"/>
        <w:tblW w:type="auto" w:w="0"/>
        <w:jc w:val="center"/>
        <w:tblLook w:firstColumn="1" w:firstRow="1" w:lastColumn="0" w:lastRow="0" w:noHBand="0" w:noVBand="1" w:val="04A0"/>
      </w:tblPr>
      <w:tblGrid>
        <w:gridCol w:w="2033"/>
        <w:gridCol w:w="2033"/>
        <w:gridCol w:w="2033"/>
        <w:gridCol w:w="2033"/>
        <w:gridCol w:w="2033"/>
      </w:tblGrid>
      <w:tr>
        <w:tc>
          <w:tcPr>
            <w:tcW w:type="dxa" w:w="2033"/>
            <w:shd w:fill="17365D"/>
            <w:tcMar>
              <w:top w:w="90" w:type="dxa"/>
              <w:start w:w="90" w:type="dxa"/>
              <w:bottom w:w="90" w:type="dxa"/>
              <w:end w:w="90" w:type="dxa"/>
            </w:tcMar>
            <w:vAlign w:val="center"/>
          </w:tcPr>
          <w:p>
            <w:r/>
            <w:r>
              <w:rPr>
                <w:rFonts w:ascii="Arial" w:hAnsi="Arial"/>
                <w:b/>
                <w:color w:val="FFFFFF"/>
                <w:sz w:val="16"/>
              </w:rPr>
              <w:t>Trigger</w:t>
            </w:r>
          </w:p>
        </w:tc>
        <w:tc>
          <w:tcPr>
            <w:tcW w:type="dxa" w:w="2033"/>
            <w:shd w:fill="17365D"/>
            <w:tcMar>
              <w:top w:w="90" w:type="dxa"/>
              <w:start w:w="90" w:type="dxa"/>
              <w:bottom w:w="90" w:type="dxa"/>
              <w:end w:w="90" w:type="dxa"/>
            </w:tcMar>
            <w:vAlign w:val="center"/>
          </w:tcPr>
          <w:p>
            <w:r/>
            <w:r>
              <w:rPr>
                <w:rFonts w:ascii="Arial" w:hAnsi="Arial"/>
                <w:b/>
                <w:color w:val="FFFFFF"/>
                <w:sz w:val="16"/>
              </w:rPr>
              <w:t>Exact Thought</w:t>
            </w:r>
          </w:p>
        </w:tc>
        <w:tc>
          <w:tcPr>
            <w:tcW w:type="dxa" w:w="2033"/>
            <w:shd w:fill="17365D"/>
            <w:tcMar>
              <w:top w:w="90" w:type="dxa"/>
              <w:start w:w="90" w:type="dxa"/>
              <w:bottom w:w="90" w:type="dxa"/>
              <w:end w:w="90" w:type="dxa"/>
            </w:tcMar>
            <w:vAlign w:val="center"/>
          </w:tcPr>
          <w:p>
            <w:r/>
            <w:r>
              <w:rPr>
                <w:rFonts w:ascii="Arial" w:hAnsi="Arial"/>
                <w:b/>
                <w:color w:val="FFFFFF"/>
                <w:sz w:val="16"/>
              </w:rPr>
              <w:t>Emotion / Body</w:t>
            </w:r>
          </w:p>
        </w:tc>
        <w:tc>
          <w:tcPr>
            <w:tcW w:type="dxa" w:w="2033"/>
            <w:shd w:fill="17365D"/>
            <w:tcMar>
              <w:top w:w="90" w:type="dxa"/>
              <w:start w:w="90" w:type="dxa"/>
              <w:bottom w:w="90" w:type="dxa"/>
              <w:end w:w="90" w:type="dxa"/>
            </w:tcMar>
            <w:vAlign w:val="center"/>
          </w:tcPr>
          <w:p>
            <w:r/>
            <w:r>
              <w:rPr>
                <w:rFonts w:ascii="Arial" w:hAnsi="Arial"/>
                <w:b/>
                <w:color w:val="FFFFFF"/>
                <w:sz w:val="16"/>
              </w:rPr>
              <w:t>Action</w:t>
            </w:r>
          </w:p>
        </w:tc>
        <w:tc>
          <w:tcPr>
            <w:tcW w:type="dxa" w:w="2033"/>
            <w:shd w:fill="17365D"/>
            <w:tcMar>
              <w:top w:w="90" w:type="dxa"/>
              <w:start w:w="90" w:type="dxa"/>
              <w:bottom w:w="90" w:type="dxa"/>
              <w:end w:w="90" w:type="dxa"/>
            </w:tcMar>
            <w:vAlign w:val="center"/>
          </w:tcPr>
          <w:p>
            <w:r/>
            <w:r>
              <w:rPr>
                <w:rFonts w:ascii="Arial" w:hAnsi="Arial"/>
                <w:b/>
                <w:color w:val="FFFFFF"/>
                <w:sz w:val="16"/>
              </w:rPr>
              <w:t>Truth Challenged</w:t>
            </w:r>
          </w:p>
        </w:tc>
      </w:tr>
      <w:tr>
        <w:tc>
          <w:tcPr>
            <w:tcW w:type="dxa" w:w="2033"/>
            <w:tcMar>
              <w:top w:w="90" w:type="dxa"/>
              <w:start w:w="90" w:type="dxa"/>
              <w:bottom w:w="90" w:type="dxa"/>
              <w:end w:w="90" w:type="dxa"/>
            </w:tcMar>
            <w:vAlign w:val="center"/>
          </w:tcPr>
          <w:p>
            <w:r/>
            <w:r>
              <w:rPr>
                <w:rFonts w:ascii="Arial" w:hAnsi="Arial"/>
                <w:b w:val="0"/>
                <w:color w:val="222222"/>
                <w:sz w:val="16"/>
              </w:rPr>
              <w:br/>
              <w:br/>
            </w:r>
          </w:p>
        </w:tc>
        <w:tc>
          <w:tcPr>
            <w:tcW w:type="dxa" w:w="2033"/>
            <w:tcMar>
              <w:top w:w="90" w:type="dxa"/>
              <w:start w:w="90" w:type="dxa"/>
              <w:bottom w:w="90" w:type="dxa"/>
              <w:end w:w="90" w:type="dxa"/>
            </w:tcMar>
            <w:vAlign w:val="center"/>
          </w:tcPr>
          <w:p>
            <w:r/>
            <w:r>
              <w:rPr>
                <w:rFonts w:ascii="Arial" w:hAnsi="Arial"/>
                <w:b w:val="0"/>
                <w:color w:val="222222"/>
                <w:sz w:val="16"/>
              </w:rPr>
              <w:br/>
              <w:br/>
            </w:r>
          </w:p>
        </w:tc>
        <w:tc>
          <w:tcPr>
            <w:tcW w:type="dxa" w:w="2033"/>
            <w:tcMar>
              <w:top w:w="90" w:type="dxa"/>
              <w:start w:w="90" w:type="dxa"/>
              <w:bottom w:w="90" w:type="dxa"/>
              <w:end w:w="90" w:type="dxa"/>
            </w:tcMar>
            <w:vAlign w:val="center"/>
          </w:tcPr>
          <w:p>
            <w:r/>
            <w:r>
              <w:rPr>
                <w:rFonts w:ascii="Arial" w:hAnsi="Arial"/>
                <w:b w:val="0"/>
                <w:color w:val="222222"/>
                <w:sz w:val="16"/>
              </w:rPr>
              <w:br/>
              <w:br/>
            </w:r>
          </w:p>
        </w:tc>
        <w:tc>
          <w:tcPr>
            <w:tcW w:type="dxa" w:w="2033"/>
            <w:tcMar>
              <w:top w:w="90" w:type="dxa"/>
              <w:start w:w="90" w:type="dxa"/>
              <w:bottom w:w="90" w:type="dxa"/>
              <w:end w:w="90" w:type="dxa"/>
            </w:tcMar>
            <w:vAlign w:val="center"/>
          </w:tcPr>
          <w:p>
            <w:r/>
            <w:r>
              <w:rPr>
                <w:rFonts w:ascii="Arial" w:hAnsi="Arial"/>
                <w:b w:val="0"/>
                <w:color w:val="222222"/>
                <w:sz w:val="16"/>
              </w:rPr>
              <w:br/>
              <w:br/>
            </w:r>
          </w:p>
        </w:tc>
        <w:tc>
          <w:tcPr>
            <w:tcW w:type="dxa" w:w="2033"/>
            <w:tcMar>
              <w:top w:w="90" w:type="dxa"/>
              <w:start w:w="90" w:type="dxa"/>
              <w:bottom w:w="90" w:type="dxa"/>
              <w:end w:w="90" w:type="dxa"/>
            </w:tcMar>
            <w:vAlign w:val="center"/>
          </w:tcPr>
          <w:p>
            <w:r/>
            <w:r>
              <w:rPr>
                <w:rFonts w:ascii="Arial" w:hAnsi="Arial"/>
                <w:b w:val="0"/>
                <w:color w:val="222222"/>
                <w:sz w:val="16"/>
              </w:rPr>
              <w:br/>
              <w:br/>
            </w:r>
          </w:p>
        </w:tc>
      </w:tr>
      <w:tr>
        <w:tc>
          <w:tcPr>
            <w:tcW w:type="dxa" w:w="2033"/>
            <w:tcMar>
              <w:top w:w="90" w:type="dxa"/>
              <w:start w:w="90" w:type="dxa"/>
              <w:bottom w:w="90" w:type="dxa"/>
              <w:end w:w="90" w:type="dxa"/>
            </w:tcMar>
            <w:vAlign w:val="center"/>
          </w:tcPr>
          <w:p>
            <w:r/>
            <w:r>
              <w:rPr>
                <w:rFonts w:ascii="Arial" w:hAnsi="Arial"/>
                <w:b w:val="0"/>
                <w:color w:val="222222"/>
                <w:sz w:val="16"/>
              </w:rPr>
              <w:br/>
              <w:br/>
            </w:r>
          </w:p>
        </w:tc>
        <w:tc>
          <w:tcPr>
            <w:tcW w:type="dxa" w:w="2033"/>
            <w:tcMar>
              <w:top w:w="90" w:type="dxa"/>
              <w:start w:w="90" w:type="dxa"/>
              <w:bottom w:w="90" w:type="dxa"/>
              <w:end w:w="90" w:type="dxa"/>
            </w:tcMar>
            <w:vAlign w:val="center"/>
          </w:tcPr>
          <w:p>
            <w:r/>
            <w:r>
              <w:rPr>
                <w:rFonts w:ascii="Arial" w:hAnsi="Arial"/>
                <w:b w:val="0"/>
                <w:color w:val="222222"/>
                <w:sz w:val="16"/>
              </w:rPr>
              <w:br/>
              <w:br/>
            </w:r>
          </w:p>
        </w:tc>
        <w:tc>
          <w:tcPr>
            <w:tcW w:type="dxa" w:w="2033"/>
            <w:tcMar>
              <w:top w:w="90" w:type="dxa"/>
              <w:start w:w="90" w:type="dxa"/>
              <w:bottom w:w="90" w:type="dxa"/>
              <w:end w:w="90" w:type="dxa"/>
            </w:tcMar>
            <w:vAlign w:val="center"/>
          </w:tcPr>
          <w:p>
            <w:r/>
            <w:r>
              <w:rPr>
                <w:rFonts w:ascii="Arial" w:hAnsi="Arial"/>
                <w:b w:val="0"/>
                <w:color w:val="222222"/>
                <w:sz w:val="16"/>
              </w:rPr>
              <w:br/>
              <w:br/>
            </w:r>
          </w:p>
        </w:tc>
        <w:tc>
          <w:tcPr>
            <w:tcW w:type="dxa" w:w="2033"/>
            <w:tcMar>
              <w:top w:w="90" w:type="dxa"/>
              <w:start w:w="90" w:type="dxa"/>
              <w:bottom w:w="90" w:type="dxa"/>
              <w:end w:w="90" w:type="dxa"/>
            </w:tcMar>
            <w:vAlign w:val="center"/>
          </w:tcPr>
          <w:p>
            <w:r/>
            <w:r>
              <w:rPr>
                <w:rFonts w:ascii="Arial" w:hAnsi="Arial"/>
                <w:b w:val="0"/>
                <w:color w:val="222222"/>
                <w:sz w:val="16"/>
              </w:rPr>
              <w:br/>
              <w:br/>
            </w:r>
          </w:p>
        </w:tc>
        <w:tc>
          <w:tcPr>
            <w:tcW w:type="dxa" w:w="2033"/>
            <w:tcMar>
              <w:top w:w="90" w:type="dxa"/>
              <w:start w:w="90" w:type="dxa"/>
              <w:bottom w:w="90" w:type="dxa"/>
              <w:end w:w="90" w:type="dxa"/>
            </w:tcMar>
            <w:vAlign w:val="center"/>
          </w:tcPr>
          <w:p>
            <w:r/>
            <w:r>
              <w:rPr>
                <w:rFonts w:ascii="Arial" w:hAnsi="Arial"/>
                <w:b w:val="0"/>
                <w:color w:val="222222"/>
                <w:sz w:val="16"/>
              </w:rPr>
              <w:br/>
              <w:br/>
            </w:r>
          </w:p>
        </w:tc>
      </w:tr>
      <w:tr>
        <w:tc>
          <w:tcPr>
            <w:tcW w:type="dxa" w:w="2033"/>
            <w:tcMar>
              <w:top w:w="90" w:type="dxa"/>
              <w:start w:w="90" w:type="dxa"/>
              <w:bottom w:w="90" w:type="dxa"/>
              <w:end w:w="90" w:type="dxa"/>
            </w:tcMar>
            <w:vAlign w:val="center"/>
          </w:tcPr>
          <w:p>
            <w:r/>
            <w:r>
              <w:rPr>
                <w:rFonts w:ascii="Arial" w:hAnsi="Arial"/>
                <w:b w:val="0"/>
                <w:color w:val="222222"/>
                <w:sz w:val="16"/>
              </w:rPr>
              <w:br/>
              <w:br/>
            </w:r>
          </w:p>
        </w:tc>
        <w:tc>
          <w:tcPr>
            <w:tcW w:type="dxa" w:w="2033"/>
            <w:tcMar>
              <w:top w:w="90" w:type="dxa"/>
              <w:start w:w="90" w:type="dxa"/>
              <w:bottom w:w="90" w:type="dxa"/>
              <w:end w:w="90" w:type="dxa"/>
            </w:tcMar>
            <w:vAlign w:val="center"/>
          </w:tcPr>
          <w:p>
            <w:r/>
            <w:r>
              <w:rPr>
                <w:rFonts w:ascii="Arial" w:hAnsi="Arial"/>
                <w:b w:val="0"/>
                <w:color w:val="222222"/>
                <w:sz w:val="16"/>
              </w:rPr>
              <w:br/>
              <w:br/>
            </w:r>
          </w:p>
        </w:tc>
        <w:tc>
          <w:tcPr>
            <w:tcW w:type="dxa" w:w="2033"/>
            <w:tcMar>
              <w:top w:w="90" w:type="dxa"/>
              <w:start w:w="90" w:type="dxa"/>
              <w:bottom w:w="90" w:type="dxa"/>
              <w:end w:w="90" w:type="dxa"/>
            </w:tcMar>
            <w:vAlign w:val="center"/>
          </w:tcPr>
          <w:p>
            <w:r/>
            <w:r>
              <w:rPr>
                <w:rFonts w:ascii="Arial" w:hAnsi="Arial"/>
                <w:b w:val="0"/>
                <w:color w:val="222222"/>
                <w:sz w:val="16"/>
              </w:rPr>
              <w:br/>
              <w:br/>
            </w:r>
          </w:p>
        </w:tc>
        <w:tc>
          <w:tcPr>
            <w:tcW w:type="dxa" w:w="2033"/>
            <w:tcMar>
              <w:top w:w="90" w:type="dxa"/>
              <w:start w:w="90" w:type="dxa"/>
              <w:bottom w:w="90" w:type="dxa"/>
              <w:end w:w="90" w:type="dxa"/>
            </w:tcMar>
            <w:vAlign w:val="center"/>
          </w:tcPr>
          <w:p>
            <w:r/>
            <w:r>
              <w:rPr>
                <w:rFonts w:ascii="Arial" w:hAnsi="Arial"/>
                <w:b w:val="0"/>
                <w:color w:val="222222"/>
                <w:sz w:val="16"/>
              </w:rPr>
              <w:br/>
              <w:br/>
            </w:r>
          </w:p>
        </w:tc>
        <w:tc>
          <w:tcPr>
            <w:tcW w:type="dxa" w:w="2033"/>
            <w:tcMar>
              <w:top w:w="90" w:type="dxa"/>
              <w:start w:w="90" w:type="dxa"/>
              <w:bottom w:w="90" w:type="dxa"/>
              <w:end w:w="90" w:type="dxa"/>
            </w:tcMar>
            <w:vAlign w:val="center"/>
          </w:tcPr>
          <w:p>
            <w:r/>
            <w:r>
              <w:rPr>
                <w:rFonts w:ascii="Arial" w:hAnsi="Arial"/>
                <w:b w:val="0"/>
                <w:color w:val="222222"/>
                <w:sz w:val="16"/>
              </w:rPr>
              <w:br/>
              <w:br/>
            </w:r>
          </w:p>
        </w:tc>
      </w:tr>
      <w:tr>
        <w:tc>
          <w:tcPr>
            <w:tcW w:type="dxa" w:w="2033"/>
            <w:tcMar>
              <w:top w:w="90" w:type="dxa"/>
              <w:start w:w="90" w:type="dxa"/>
              <w:bottom w:w="90" w:type="dxa"/>
              <w:end w:w="90" w:type="dxa"/>
            </w:tcMar>
            <w:vAlign w:val="center"/>
          </w:tcPr>
          <w:p>
            <w:r/>
            <w:r>
              <w:rPr>
                <w:rFonts w:ascii="Arial" w:hAnsi="Arial"/>
                <w:b w:val="0"/>
                <w:color w:val="222222"/>
                <w:sz w:val="16"/>
              </w:rPr>
              <w:br/>
              <w:br/>
            </w:r>
          </w:p>
        </w:tc>
        <w:tc>
          <w:tcPr>
            <w:tcW w:type="dxa" w:w="2033"/>
            <w:tcMar>
              <w:top w:w="90" w:type="dxa"/>
              <w:start w:w="90" w:type="dxa"/>
              <w:bottom w:w="90" w:type="dxa"/>
              <w:end w:w="90" w:type="dxa"/>
            </w:tcMar>
            <w:vAlign w:val="center"/>
          </w:tcPr>
          <w:p>
            <w:r/>
            <w:r>
              <w:rPr>
                <w:rFonts w:ascii="Arial" w:hAnsi="Arial"/>
                <w:b w:val="0"/>
                <w:color w:val="222222"/>
                <w:sz w:val="16"/>
              </w:rPr>
              <w:br/>
              <w:br/>
            </w:r>
          </w:p>
        </w:tc>
        <w:tc>
          <w:tcPr>
            <w:tcW w:type="dxa" w:w="2033"/>
            <w:tcMar>
              <w:top w:w="90" w:type="dxa"/>
              <w:start w:w="90" w:type="dxa"/>
              <w:bottom w:w="90" w:type="dxa"/>
              <w:end w:w="90" w:type="dxa"/>
            </w:tcMar>
            <w:vAlign w:val="center"/>
          </w:tcPr>
          <w:p>
            <w:r/>
            <w:r>
              <w:rPr>
                <w:rFonts w:ascii="Arial" w:hAnsi="Arial"/>
                <w:b w:val="0"/>
                <w:color w:val="222222"/>
                <w:sz w:val="16"/>
              </w:rPr>
              <w:br/>
              <w:br/>
            </w:r>
          </w:p>
        </w:tc>
        <w:tc>
          <w:tcPr>
            <w:tcW w:type="dxa" w:w="2033"/>
            <w:tcMar>
              <w:top w:w="90" w:type="dxa"/>
              <w:start w:w="90" w:type="dxa"/>
              <w:bottom w:w="90" w:type="dxa"/>
              <w:end w:w="90" w:type="dxa"/>
            </w:tcMar>
            <w:vAlign w:val="center"/>
          </w:tcPr>
          <w:p>
            <w:r/>
            <w:r>
              <w:rPr>
                <w:rFonts w:ascii="Arial" w:hAnsi="Arial"/>
                <w:b w:val="0"/>
                <w:color w:val="222222"/>
                <w:sz w:val="16"/>
              </w:rPr>
              <w:br/>
              <w:br/>
            </w:r>
          </w:p>
        </w:tc>
        <w:tc>
          <w:tcPr>
            <w:tcW w:type="dxa" w:w="2033"/>
            <w:tcMar>
              <w:top w:w="90" w:type="dxa"/>
              <w:start w:w="90" w:type="dxa"/>
              <w:bottom w:w="90" w:type="dxa"/>
              <w:end w:w="90" w:type="dxa"/>
            </w:tcMar>
            <w:vAlign w:val="center"/>
          </w:tcPr>
          <w:p>
            <w:r/>
            <w:r>
              <w:rPr>
                <w:rFonts w:ascii="Arial" w:hAnsi="Arial"/>
                <w:b w:val="0"/>
                <w:color w:val="222222"/>
                <w:sz w:val="16"/>
              </w:rPr>
              <w:br/>
              <w:br/>
            </w:r>
          </w:p>
        </w:tc>
      </w:tr>
      <w:tr>
        <w:tc>
          <w:tcPr>
            <w:tcW w:type="dxa" w:w="2033"/>
            <w:tcMar>
              <w:top w:w="90" w:type="dxa"/>
              <w:start w:w="90" w:type="dxa"/>
              <w:bottom w:w="90" w:type="dxa"/>
              <w:end w:w="90" w:type="dxa"/>
            </w:tcMar>
            <w:vAlign w:val="center"/>
          </w:tcPr>
          <w:p>
            <w:r/>
            <w:r>
              <w:rPr>
                <w:rFonts w:ascii="Arial" w:hAnsi="Arial"/>
                <w:b w:val="0"/>
                <w:color w:val="222222"/>
                <w:sz w:val="16"/>
              </w:rPr>
              <w:br/>
              <w:br/>
            </w:r>
          </w:p>
        </w:tc>
        <w:tc>
          <w:tcPr>
            <w:tcW w:type="dxa" w:w="2033"/>
            <w:tcMar>
              <w:top w:w="90" w:type="dxa"/>
              <w:start w:w="90" w:type="dxa"/>
              <w:bottom w:w="90" w:type="dxa"/>
              <w:end w:w="90" w:type="dxa"/>
            </w:tcMar>
            <w:vAlign w:val="center"/>
          </w:tcPr>
          <w:p>
            <w:r/>
            <w:r>
              <w:rPr>
                <w:rFonts w:ascii="Arial" w:hAnsi="Arial"/>
                <w:b w:val="0"/>
                <w:color w:val="222222"/>
                <w:sz w:val="16"/>
              </w:rPr>
              <w:br/>
              <w:br/>
            </w:r>
          </w:p>
        </w:tc>
        <w:tc>
          <w:tcPr>
            <w:tcW w:type="dxa" w:w="2033"/>
            <w:tcMar>
              <w:top w:w="90" w:type="dxa"/>
              <w:start w:w="90" w:type="dxa"/>
              <w:bottom w:w="90" w:type="dxa"/>
              <w:end w:w="90" w:type="dxa"/>
            </w:tcMar>
            <w:vAlign w:val="center"/>
          </w:tcPr>
          <w:p>
            <w:r/>
            <w:r>
              <w:rPr>
                <w:rFonts w:ascii="Arial" w:hAnsi="Arial"/>
                <w:b w:val="0"/>
                <w:color w:val="222222"/>
                <w:sz w:val="16"/>
              </w:rPr>
              <w:br/>
              <w:br/>
            </w:r>
          </w:p>
        </w:tc>
        <w:tc>
          <w:tcPr>
            <w:tcW w:type="dxa" w:w="2033"/>
            <w:tcMar>
              <w:top w:w="90" w:type="dxa"/>
              <w:start w:w="90" w:type="dxa"/>
              <w:bottom w:w="90" w:type="dxa"/>
              <w:end w:w="90" w:type="dxa"/>
            </w:tcMar>
            <w:vAlign w:val="center"/>
          </w:tcPr>
          <w:p>
            <w:r/>
            <w:r>
              <w:rPr>
                <w:rFonts w:ascii="Arial" w:hAnsi="Arial"/>
                <w:b w:val="0"/>
                <w:color w:val="222222"/>
                <w:sz w:val="16"/>
              </w:rPr>
              <w:br/>
              <w:br/>
            </w:r>
          </w:p>
        </w:tc>
        <w:tc>
          <w:tcPr>
            <w:tcW w:type="dxa" w:w="2033"/>
            <w:tcMar>
              <w:top w:w="90" w:type="dxa"/>
              <w:start w:w="90" w:type="dxa"/>
              <w:bottom w:w="90" w:type="dxa"/>
              <w:end w:w="90" w:type="dxa"/>
            </w:tcMar>
            <w:vAlign w:val="center"/>
          </w:tcPr>
          <w:p>
            <w:r/>
            <w:r>
              <w:rPr>
                <w:rFonts w:ascii="Arial" w:hAnsi="Arial"/>
                <w:b w:val="0"/>
                <w:color w:val="222222"/>
                <w:sz w:val="16"/>
              </w:rPr>
              <w:br/>
              <w:br/>
            </w:r>
          </w:p>
        </w:tc>
      </w:tr>
      <w:tr>
        <w:tc>
          <w:tcPr>
            <w:tcW w:type="dxa" w:w="2033"/>
            <w:tcMar>
              <w:top w:w="90" w:type="dxa"/>
              <w:start w:w="90" w:type="dxa"/>
              <w:bottom w:w="90" w:type="dxa"/>
              <w:end w:w="90" w:type="dxa"/>
            </w:tcMar>
            <w:vAlign w:val="center"/>
          </w:tcPr>
          <w:p>
            <w:r/>
            <w:r>
              <w:rPr>
                <w:rFonts w:ascii="Arial" w:hAnsi="Arial"/>
                <w:b w:val="0"/>
                <w:color w:val="222222"/>
                <w:sz w:val="16"/>
              </w:rPr>
              <w:br/>
              <w:br/>
            </w:r>
          </w:p>
        </w:tc>
        <w:tc>
          <w:tcPr>
            <w:tcW w:type="dxa" w:w="2033"/>
            <w:tcMar>
              <w:top w:w="90" w:type="dxa"/>
              <w:start w:w="90" w:type="dxa"/>
              <w:bottom w:w="90" w:type="dxa"/>
              <w:end w:w="90" w:type="dxa"/>
            </w:tcMar>
            <w:vAlign w:val="center"/>
          </w:tcPr>
          <w:p>
            <w:r/>
            <w:r>
              <w:rPr>
                <w:rFonts w:ascii="Arial" w:hAnsi="Arial"/>
                <w:b w:val="0"/>
                <w:color w:val="222222"/>
                <w:sz w:val="16"/>
              </w:rPr>
              <w:br/>
              <w:br/>
            </w:r>
          </w:p>
        </w:tc>
        <w:tc>
          <w:tcPr>
            <w:tcW w:type="dxa" w:w="2033"/>
            <w:tcMar>
              <w:top w:w="90" w:type="dxa"/>
              <w:start w:w="90" w:type="dxa"/>
              <w:bottom w:w="90" w:type="dxa"/>
              <w:end w:w="90" w:type="dxa"/>
            </w:tcMar>
            <w:vAlign w:val="center"/>
          </w:tcPr>
          <w:p>
            <w:r/>
            <w:r>
              <w:rPr>
                <w:rFonts w:ascii="Arial" w:hAnsi="Arial"/>
                <w:b w:val="0"/>
                <w:color w:val="222222"/>
                <w:sz w:val="16"/>
              </w:rPr>
              <w:br/>
              <w:br/>
            </w:r>
          </w:p>
        </w:tc>
        <w:tc>
          <w:tcPr>
            <w:tcW w:type="dxa" w:w="2033"/>
            <w:tcMar>
              <w:top w:w="90" w:type="dxa"/>
              <w:start w:w="90" w:type="dxa"/>
              <w:bottom w:w="90" w:type="dxa"/>
              <w:end w:w="90" w:type="dxa"/>
            </w:tcMar>
            <w:vAlign w:val="center"/>
          </w:tcPr>
          <w:p>
            <w:r/>
            <w:r>
              <w:rPr>
                <w:rFonts w:ascii="Arial" w:hAnsi="Arial"/>
                <w:b w:val="0"/>
                <w:color w:val="222222"/>
                <w:sz w:val="16"/>
              </w:rPr>
              <w:br/>
              <w:br/>
            </w:r>
          </w:p>
        </w:tc>
        <w:tc>
          <w:tcPr>
            <w:tcW w:type="dxa" w:w="2033"/>
            <w:tcMar>
              <w:top w:w="90" w:type="dxa"/>
              <w:start w:w="90" w:type="dxa"/>
              <w:bottom w:w="90" w:type="dxa"/>
              <w:end w:w="90" w:type="dxa"/>
            </w:tcMar>
            <w:vAlign w:val="center"/>
          </w:tcPr>
          <w:p>
            <w:r/>
            <w:r>
              <w:rPr>
                <w:rFonts w:ascii="Arial" w:hAnsi="Arial"/>
                <w:b w:val="0"/>
                <w:color w:val="222222"/>
                <w:sz w:val="16"/>
              </w:rPr>
              <w:br/>
              <w:br/>
            </w:r>
          </w:p>
        </w:tc>
      </w:tr>
      <w:tr>
        <w:tc>
          <w:tcPr>
            <w:tcW w:type="dxa" w:w="2033"/>
            <w:tcMar>
              <w:top w:w="90" w:type="dxa"/>
              <w:start w:w="90" w:type="dxa"/>
              <w:bottom w:w="90" w:type="dxa"/>
              <w:end w:w="90" w:type="dxa"/>
            </w:tcMar>
            <w:vAlign w:val="center"/>
          </w:tcPr>
          <w:p>
            <w:r/>
            <w:r>
              <w:rPr>
                <w:rFonts w:ascii="Arial" w:hAnsi="Arial"/>
                <w:b w:val="0"/>
                <w:color w:val="222222"/>
                <w:sz w:val="16"/>
              </w:rPr>
              <w:br/>
              <w:br/>
            </w:r>
          </w:p>
        </w:tc>
        <w:tc>
          <w:tcPr>
            <w:tcW w:type="dxa" w:w="2033"/>
            <w:tcMar>
              <w:top w:w="90" w:type="dxa"/>
              <w:start w:w="90" w:type="dxa"/>
              <w:bottom w:w="90" w:type="dxa"/>
              <w:end w:w="90" w:type="dxa"/>
            </w:tcMar>
            <w:vAlign w:val="center"/>
          </w:tcPr>
          <w:p>
            <w:r/>
            <w:r>
              <w:rPr>
                <w:rFonts w:ascii="Arial" w:hAnsi="Arial"/>
                <w:b w:val="0"/>
                <w:color w:val="222222"/>
                <w:sz w:val="16"/>
              </w:rPr>
              <w:br/>
              <w:br/>
            </w:r>
          </w:p>
        </w:tc>
        <w:tc>
          <w:tcPr>
            <w:tcW w:type="dxa" w:w="2033"/>
            <w:tcMar>
              <w:top w:w="90" w:type="dxa"/>
              <w:start w:w="90" w:type="dxa"/>
              <w:bottom w:w="90" w:type="dxa"/>
              <w:end w:w="90" w:type="dxa"/>
            </w:tcMar>
            <w:vAlign w:val="center"/>
          </w:tcPr>
          <w:p>
            <w:r/>
            <w:r>
              <w:rPr>
                <w:rFonts w:ascii="Arial" w:hAnsi="Arial"/>
                <w:b w:val="0"/>
                <w:color w:val="222222"/>
                <w:sz w:val="16"/>
              </w:rPr>
              <w:br/>
              <w:br/>
            </w:r>
          </w:p>
        </w:tc>
        <w:tc>
          <w:tcPr>
            <w:tcW w:type="dxa" w:w="2033"/>
            <w:tcMar>
              <w:top w:w="90" w:type="dxa"/>
              <w:start w:w="90" w:type="dxa"/>
              <w:bottom w:w="90" w:type="dxa"/>
              <w:end w:w="90" w:type="dxa"/>
            </w:tcMar>
            <w:vAlign w:val="center"/>
          </w:tcPr>
          <w:p>
            <w:r/>
            <w:r>
              <w:rPr>
                <w:rFonts w:ascii="Arial" w:hAnsi="Arial"/>
                <w:b w:val="0"/>
                <w:color w:val="222222"/>
                <w:sz w:val="16"/>
              </w:rPr>
              <w:br/>
              <w:br/>
            </w:r>
          </w:p>
        </w:tc>
        <w:tc>
          <w:tcPr>
            <w:tcW w:type="dxa" w:w="2033"/>
            <w:tcMar>
              <w:top w:w="90" w:type="dxa"/>
              <w:start w:w="90" w:type="dxa"/>
              <w:bottom w:w="90" w:type="dxa"/>
              <w:end w:w="90" w:type="dxa"/>
            </w:tcMar>
            <w:vAlign w:val="center"/>
          </w:tcPr>
          <w:p>
            <w:r/>
            <w:r>
              <w:rPr>
                <w:rFonts w:ascii="Arial" w:hAnsi="Arial"/>
                <w:b w:val="0"/>
                <w:color w:val="222222"/>
                <w:sz w:val="16"/>
              </w:rPr>
              <w:br/>
              <w:br/>
            </w:r>
          </w:p>
        </w:tc>
      </w:tr>
    </w:tbl>
    <w:p/>
    <w:p>
      <w:pPr>
        <w:pStyle w:val="Heading2"/>
      </w:pPr>
      <w:r>
        <w:t>Week One Prayer</w:t>
      </w:r>
    </w:p>
    <w:p>
      <w:pPr>
        <w:pStyle w:val="ScriptureBlock"/>
      </w:pPr>
      <w:r>
        <w:t>Father, let the entrance of Your Word bring light. Show me what I have defended, repeated, or trusted above Your truth. Keep me from condemnation and excuses. Give me courage to see, humility to repent, and faith to obey. In Jesus’ name, amen.</w:t>
      </w:r>
    </w:p>
    <w:p>
      <w:r>
        <w:br w:type="page"/>
      </w:r>
    </w:p>
    <w:p>
      <w:pPr>
        <w:pStyle w:val="Heading1"/>
      </w:pPr>
      <w:r>
        <w:t>WEEK TWO — HOW STRONGHOLDS ATTACK</w:t>
      </w:r>
    </w:p>
    <w:tbl>
      <w:tblPr>
        <w:tblW w:type="auto" w:w="0"/>
        <w:jc w:val="center"/>
        <w:tblLayout w:type="autofit"/>
        <w:tblLook w:firstColumn="1" w:firstRow="1" w:lastColumn="0" w:lastRow="0" w:noHBand="0" w:noVBand="1" w:val="04A0"/>
      </w:tblPr>
      <w:tblGrid>
        <w:gridCol w:w="10166"/>
      </w:tblGrid>
      <w:tr>
        <w:tc>
          <w:tcPr>
            <w:tcW w:type="dxa" w:w="10166"/>
            <w:shd w:fill="17365D"/>
            <w:tcMar>
              <w:top w:w="90" w:type="dxa"/>
              <w:start w:w="90" w:type="dxa"/>
              <w:bottom w:w="90" w:type="dxa"/>
              <w:end w:w="90" w:type="dxa"/>
            </w:tcMar>
            <w:vAlign w:val="center"/>
          </w:tcPr>
          <w:p>
            <w:r/>
            <w:r>
              <w:rPr>
                <w:rFonts w:ascii="Arial" w:hAnsi="Arial"/>
                <w:b/>
                <w:color w:val="FFFFFF"/>
                <w:sz w:val="21"/>
              </w:rPr>
              <w:t>BIG IDEA</w:t>
            </w:r>
          </w:p>
        </w:tc>
      </w:tr>
      <w:tr>
        <w:tc>
          <w:tcPr>
            <w:tcW w:type="dxa" w:w="10166"/>
            <w:shd w:fill="EAF0F7"/>
            <w:tcMar>
              <w:top w:w="120" w:type="dxa"/>
              <w:start w:w="130" w:type="dxa"/>
              <w:bottom w:w="120" w:type="dxa"/>
              <w:end w:w="130" w:type="dxa"/>
            </w:tcMar>
          </w:tcPr>
          <w:p>
            <w:pPr>
              <w:spacing w:after="0"/>
            </w:pPr>
            <w:r/>
            <w:r>
              <w:rPr>
                <w:rFonts w:ascii="Arial" w:hAnsi="Arial"/>
                <w:color w:val="222222"/>
                <w:sz w:val="19"/>
              </w:rPr>
              <w:t>A stronghold attacks by interpreting reality through a lie and then placing that conclusion above what God has revealed.</w:t>
            </w:r>
          </w:p>
        </w:tc>
      </w:tr>
    </w:tbl>
    <w:p>
      <w:pPr>
        <w:spacing w:after="20"/>
      </w:pPr>
    </w:p>
    <w:p>
      <w:pPr>
        <w:pStyle w:val="Heading2"/>
      </w:pPr>
      <w:r>
        <w:t>1. Review</w:t>
      </w:r>
    </w:p>
    <w:p>
      <w:r>
        <w:t>Complete: A stronghold is not merely a bad thought. It is a __________________ pattern that __________________ God’s truth and produces __________________.</w:t>
      </w:r>
    </w:p>
    <w:p>
      <w:pPr>
        <w:pStyle w:val="Heading2"/>
      </w:pPr>
      <w:r>
        <w:t>2. Nine Attack Mechanisms</w:t>
      </w:r>
    </w:p>
    <w:tbl>
      <w:tblPr>
        <w:tblStyle w:val="TableGrid"/>
        <w:tblW w:type="auto" w:w="0"/>
        <w:jc w:val="center"/>
        <w:tblLook w:firstColumn="1" w:firstRow="1" w:lastColumn="0" w:lastRow="0" w:noHBand="0" w:noVBand="1" w:val="04A0"/>
      </w:tblPr>
      <w:tblGrid>
        <w:gridCol w:w="5083"/>
        <w:gridCol w:w="5083"/>
      </w:tblGrid>
      <w:tr>
        <w:trPr>
          <w:tblHeader w:val="true"/>
        </w:trPr>
        <w:tc>
          <w:tcPr>
            <w:tcW w:type="dxa" w:w="2232"/>
            <w:shd w:fill="17365D"/>
            <w:tcMar>
              <w:top w:w="90" w:type="dxa"/>
              <w:start w:w="90" w:type="dxa"/>
              <w:bottom w:w="90" w:type="dxa"/>
              <w:end w:w="90" w:type="dxa"/>
            </w:tcMar>
            <w:vAlign w:val="center"/>
          </w:tcPr>
          <w:p>
            <w:r/>
            <w:r>
              <w:rPr>
                <w:rFonts w:ascii="Arial" w:hAnsi="Arial"/>
                <w:b/>
                <w:color w:val="FFFFFF"/>
                <w:sz w:val="18"/>
              </w:rPr>
              <w:t>Mechanism</w:t>
            </w:r>
          </w:p>
        </w:tc>
        <w:tc>
          <w:tcPr>
            <w:tcW w:type="dxa" w:w="7704"/>
            <w:shd w:fill="17365D"/>
            <w:tcMar>
              <w:top w:w="90" w:type="dxa"/>
              <w:start w:w="90" w:type="dxa"/>
              <w:bottom w:w="90" w:type="dxa"/>
              <w:end w:w="90" w:type="dxa"/>
            </w:tcMar>
            <w:vAlign w:val="center"/>
          </w:tcPr>
          <w:p>
            <w:r/>
            <w:r>
              <w:rPr>
                <w:rFonts w:ascii="Arial" w:hAnsi="Arial"/>
                <w:b/>
                <w:color w:val="FFFFFF"/>
                <w:sz w:val="18"/>
              </w:rPr>
              <w:t>My Notes / Example</w:t>
            </w:r>
          </w:p>
        </w:tc>
      </w:tr>
      <w:tr>
        <w:tc>
          <w:tcPr>
            <w:tcW w:type="dxa" w:w="2232"/>
            <w:tcMar>
              <w:top w:w="90" w:type="dxa"/>
              <w:start w:w="90" w:type="dxa"/>
              <w:bottom w:w="90" w:type="dxa"/>
              <w:end w:w="90" w:type="dxa"/>
            </w:tcMar>
            <w:vAlign w:val="center"/>
          </w:tcPr>
          <w:p>
            <w:r/>
            <w:r>
              <w:rPr>
                <w:rFonts w:ascii="Arial" w:hAnsi="Arial"/>
                <w:b w:val="0"/>
                <w:color w:val="222222"/>
                <w:sz w:val="17"/>
              </w:rPr>
              <w:t>Distortion</w:t>
            </w:r>
          </w:p>
        </w:tc>
        <w:tc>
          <w:tcPr>
            <w:tcW w:type="dxa" w:w="7704"/>
            <w:tcMar>
              <w:top w:w="90" w:type="dxa"/>
              <w:start w:w="90" w:type="dxa"/>
              <w:bottom w:w="90" w:type="dxa"/>
              <w:end w:w="90" w:type="dxa"/>
            </w:tcMar>
            <w:vAlign w:val="center"/>
          </w:tcPr>
          <w:p>
            <w:r/>
            <w:r>
              <w:rPr>
                <w:rFonts w:ascii="Arial" w:hAnsi="Arial"/>
                <w:b w:val="0"/>
                <w:color w:val="222222"/>
                <w:sz w:val="17"/>
              </w:rPr>
              <w:t>How might truth be twisted, omitted, exaggerated, or minimized?</w:t>
              <w:br/>
              <w:t>________________________________________</w:t>
            </w:r>
          </w:p>
        </w:tc>
      </w:tr>
      <w:tr>
        <w:tc>
          <w:tcPr>
            <w:tcW w:type="dxa" w:w="2232"/>
            <w:tcMar>
              <w:top w:w="90" w:type="dxa"/>
              <w:start w:w="90" w:type="dxa"/>
              <w:bottom w:w="90" w:type="dxa"/>
              <w:end w:w="90" w:type="dxa"/>
            </w:tcMar>
            <w:vAlign w:val="center"/>
            <w:shd w:fill="F2F2F2"/>
          </w:tcPr>
          <w:p>
            <w:r/>
            <w:r>
              <w:rPr>
                <w:rFonts w:ascii="Arial" w:hAnsi="Arial"/>
                <w:b w:val="0"/>
                <w:color w:val="222222"/>
                <w:sz w:val="17"/>
              </w:rPr>
              <w:t>Accusation</w:t>
            </w:r>
          </w:p>
        </w:tc>
        <w:tc>
          <w:tcPr>
            <w:tcW w:type="dxa" w:w="7704"/>
            <w:tcMar>
              <w:top w:w="90" w:type="dxa"/>
              <w:start w:w="90" w:type="dxa"/>
              <w:bottom w:w="90" w:type="dxa"/>
              <w:end w:w="90" w:type="dxa"/>
            </w:tcMar>
            <w:vAlign w:val="center"/>
            <w:shd w:fill="F2F2F2"/>
          </w:tcPr>
          <w:p>
            <w:r/>
            <w:r>
              <w:rPr>
                <w:rFonts w:ascii="Arial" w:hAnsi="Arial"/>
                <w:b w:val="0"/>
                <w:color w:val="222222"/>
                <w:sz w:val="17"/>
              </w:rPr>
              <w:t>How might a failure become a total identity sentence?</w:t>
              <w:br/>
              <w:t>________________________________________</w:t>
            </w:r>
          </w:p>
        </w:tc>
      </w:tr>
      <w:tr>
        <w:tc>
          <w:tcPr>
            <w:tcW w:type="dxa" w:w="2232"/>
            <w:tcMar>
              <w:top w:w="90" w:type="dxa"/>
              <w:start w:w="90" w:type="dxa"/>
              <w:bottom w:w="90" w:type="dxa"/>
              <w:end w:w="90" w:type="dxa"/>
            </w:tcMar>
            <w:vAlign w:val="center"/>
          </w:tcPr>
          <w:p>
            <w:r/>
            <w:r>
              <w:rPr>
                <w:rFonts w:ascii="Arial" w:hAnsi="Arial"/>
                <w:b w:val="0"/>
                <w:color w:val="222222"/>
                <w:sz w:val="17"/>
              </w:rPr>
              <w:t>Fear magnification</w:t>
            </w:r>
          </w:p>
        </w:tc>
        <w:tc>
          <w:tcPr>
            <w:tcW w:type="dxa" w:w="7704"/>
            <w:tcMar>
              <w:top w:w="90" w:type="dxa"/>
              <w:start w:w="90" w:type="dxa"/>
              <w:bottom w:w="90" w:type="dxa"/>
              <w:end w:w="90" w:type="dxa"/>
            </w:tcMar>
            <w:vAlign w:val="center"/>
          </w:tcPr>
          <w:p>
            <w:r/>
            <w:r>
              <w:rPr>
                <w:rFonts w:ascii="Arial" w:hAnsi="Arial"/>
                <w:b w:val="0"/>
                <w:color w:val="222222"/>
                <w:sz w:val="17"/>
              </w:rPr>
              <w:t>What threat becomes bigger than God’s presence or promise?</w:t>
              <w:br/>
              <w:t>________________________________________</w:t>
            </w:r>
          </w:p>
        </w:tc>
      </w:tr>
      <w:tr>
        <w:tc>
          <w:tcPr>
            <w:tcW w:type="dxa" w:w="2232"/>
            <w:tcMar>
              <w:top w:w="90" w:type="dxa"/>
              <w:start w:w="90" w:type="dxa"/>
              <w:bottom w:w="90" w:type="dxa"/>
              <w:end w:w="90" w:type="dxa"/>
            </w:tcMar>
            <w:vAlign w:val="center"/>
            <w:shd w:fill="F2F2F2"/>
          </w:tcPr>
          <w:p>
            <w:r/>
            <w:r>
              <w:rPr>
                <w:rFonts w:ascii="Arial" w:hAnsi="Arial"/>
                <w:b w:val="0"/>
                <w:color w:val="222222"/>
                <w:sz w:val="17"/>
              </w:rPr>
              <w:t>Pain interpretation</w:t>
            </w:r>
          </w:p>
        </w:tc>
        <w:tc>
          <w:tcPr>
            <w:tcW w:type="dxa" w:w="7704"/>
            <w:tcMar>
              <w:top w:w="90" w:type="dxa"/>
              <w:start w:w="90" w:type="dxa"/>
              <w:bottom w:w="90" w:type="dxa"/>
              <w:end w:w="90" w:type="dxa"/>
            </w:tcMar>
            <w:vAlign w:val="center"/>
            <w:shd w:fill="F2F2F2"/>
          </w:tcPr>
          <w:p>
            <w:r/>
            <w:r>
              <w:rPr>
                <w:rFonts w:ascii="Arial" w:hAnsi="Arial"/>
                <w:b w:val="0"/>
                <w:color w:val="222222"/>
                <w:sz w:val="17"/>
              </w:rPr>
              <w:t>What universal conclusion might be drawn from a real wound?</w:t>
              <w:br/>
              <w:t>________________________________________</w:t>
            </w:r>
          </w:p>
        </w:tc>
      </w:tr>
      <w:tr>
        <w:tc>
          <w:tcPr>
            <w:tcW w:type="dxa" w:w="2232"/>
            <w:tcMar>
              <w:top w:w="90" w:type="dxa"/>
              <w:start w:w="90" w:type="dxa"/>
              <w:bottom w:w="90" w:type="dxa"/>
              <w:end w:w="90" w:type="dxa"/>
            </w:tcMar>
            <w:vAlign w:val="center"/>
          </w:tcPr>
          <w:p>
            <w:r/>
            <w:r>
              <w:rPr>
                <w:rFonts w:ascii="Arial" w:hAnsi="Arial"/>
                <w:b w:val="0"/>
                <w:color w:val="222222"/>
                <w:sz w:val="17"/>
              </w:rPr>
              <w:t>Pride</w:t>
            </w:r>
          </w:p>
        </w:tc>
        <w:tc>
          <w:tcPr>
            <w:tcW w:type="dxa" w:w="7704"/>
            <w:tcMar>
              <w:top w:w="90" w:type="dxa"/>
              <w:start w:w="90" w:type="dxa"/>
              <w:bottom w:w="90" w:type="dxa"/>
              <w:end w:w="90" w:type="dxa"/>
            </w:tcMar>
            <w:vAlign w:val="center"/>
          </w:tcPr>
          <w:p>
            <w:r/>
            <w:r>
              <w:rPr>
                <w:rFonts w:ascii="Arial" w:hAnsi="Arial"/>
                <w:b w:val="0"/>
                <w:color w:val="222222"/>
                <w:sz w:val="17"/>
              </w:rPr>
              <w:t>Where does self claim the right to define truth without God?</w:t>
              <w:br/>
              <w:t>________________________________________</w:t>
            </w:r>
          </w:p>
        </w:tc>
      </w:tr>
      <w:tr>
        <w:tc>
          <w:tcPr>
            <w:tcW w:type="dxa" w:w="2232"/>
            <w:tcMar>
              <w:top w:w="90" w:type="dxa"/>
              <w:start w:w="90" w:type="dxa"/>
              <w:bottom w:w="90" w:type="dxa"/>
              <w:end w:w="90" w:type="dxa"/>
            </w:tcMar>
            <w:vAlign w:val="center"/>
            <w:shd w:fill="F2F2F2"/>
          </w:tcPr>
          <w:p>
            <w:r/>
            <w:r>
              <w:rPr>
                <w:rFonts w:ascii="Arial" w:hAnsi="Arial"/>
                <w:b w:val="0"/>
                <w:color w:val="222222"/>
                <w:sz w:val="17"/>
              </w:rPr>
              <w:t>False refuge</w:t>
            </w:r>
          </w:p>
        </w:tc>
        <w:tc>
          <w:tcPr>
            <w:tcW w:type="dxa" w:w="7704"/>
            <w:tcMar>
              <w:top w:w="90" w:type="dxa"/>
              <w:start w:w="90" w:type="dxa"/>
              <w:bottom w:w="90" w:type="dxa"/>
              <w:end w:w="90" w:type="dxa"/>
            </w:tcMar>
            <w:vAlign w:val="center"/>
            <w:shd w:fill="F2F2F2"/>
          </w:tcPr>
          <w:p>
            <w:r/>
            <w:r>
              <w:rPr>
                <w:rFonts w:ascii="Arial" w:hAnsi="Arial"/>
                <w:b w:val="0"/>
                <w:color w:val="222222"/>
                <w:sz w:val="17"/>
              </w:rPr>
              <w:t>What created thing promises safety, comfort, worth, or control?</w:t>
              <w:br/>
              <w:t>________________________________________</w:t>
            </w:r>
          </w:p>
        </w:tc>
      </w:tr>
      <w:tr>
        <w:tc>
          <w:tcPr>
            <w:tcW w:type="dxa" w:w="2232"/>
            <w:tcMar>
              <w:top w:w="90" w:type="dxa"/>
              <w:start w:w="90" w:type="dxa"/>
              <w:bottom w:w="90" w:type="dxa"/>
              <w:end w:w="90" w:type="dxa"/>
            </w:tcMar>
            <w:vAlign w:val="center"/>
          </w:tcPr>
          <w:p>
            <w:r/>
            <w:r>
              <w:rPr>
                <w:rFonts w:ascii="Arial" w:hAnsi="Arial"/>
                <w:b w:val="0"/>
                <w:color w:val="222222"/>
                <w:sz w:val="17"/>
              </w:rPr>
              <w:t>Repetition</w:t>
            </w:r>
          </w:p>
        </w:tc>
        <w:tc>
          <w:tcPr>
            <w:tcW w:type="dxa" w:w="7704"/>
            <w:tcMar>
              <w:top w:w="90" w:type="dxa"/>
              <w:start w:w="90" w:type="dxa"/>
              <w:bottom w:w="90" w:type="dxa"/>
              <w:end w:w="90" w:type="dxa"/>
            </w:tcMar>
            <w:vAlign w:val="center"/>
          </w:tcPr>
          <w:p>
            <w:r/>
            <w:r>
              <w:rPr>
                <w:rFonts w:ascii="Arial" w:hAnsi="Arial"/>
                <w:b w:val="0"/>
                <w:color w:val="222222"/>
                <w:sz w:val="17"/>
              </w:rPr>
              <w:t>What sentence is rehearsed until familiar feels true?</w:t>
              <w:br/>
              <w:t>________________________________________</w:t>
            </w:r>
          </w:p>
        </w:tc>
      </w:tr>
      <w:tr>
        <w:tc>
          <w:tcPr>
            <w:tcW w:type="dxa" w:w="2232"/>
            <w:tcMar>
              <w:top w:w="90" w:type="dxa"/>
              <w:start w:w="90" w:type="dxa"/>
              <w:bottom w:w="90" w:type="dxa"/>
              <w:end w:w="90" w:type="dxa"/>
            </w:tcMar>
            <w:vAlign w:val="center"/>
            <w:shd w:fill="F2F2F2"/>
          </w:tcPr>
          <w:p>
            <w:r/>
            <w:r>
              <w:rPr>
                <w:rFonts w:ascii="Arial" w:hAnsi="Arial"/>
                <w:b w:val="0"/>
                <w:color w:val="222222"/>
                <w:sz w:val="17"/>
              </w:rPr>
              <w:t>Isolation</w:t>
            </w:r>
          </w:p>
        </w:tc>
        <w:tc>
          <w:tcPr>
            <w:tcW w:type="dxa" w:w="7704"/>
            <w:tcMar>
              <w:top w:w="90" w:type="dxa"/>
              <w:start w:w="90" w:type="dxa"/>
              <w:bottom w:w="90" w:type="dxa"/>
              <w:end w:w="90" w:type="dxa"/>
            </w:tcMar>
            <w:vAlign w:val="center"/>
            <w:shd w:fill="F2F2F2"/>
          </w:tcPr>
          <w:p>
            <w:r/>
            <w:r>
              <w:rPr>
                <w:rFonts w:ascii="Arial" w:hAnsi="Arial"/>
                <w:b w:val="0"/>
                <w:color w:val="222222"/>
                <w:sz w:val="17"/>
              </w:rPr>
              <w:t>What does the pattern want hidden from community or counsel?</w:t>
              <w:br/>
              <w:t>________________________________________</w:t>
            </w:r>
          </w:p>
        </w:tc>
      </w:tr>
      <w:tr>
        <w:tc>
          <w:tcPr>
            <w:tcW w:type="dxa" w:w="2232"/>
            <w:tcMar>
              <w:top w:w="90" w:type="dxa"/>
              <w:start w:w="90" w:type="dxa"/>
              <w:bottom w:w="90" w:type="dxa"/>
              <w:end w:w="90" w:type="dxa"/>
            </w:tcMar>
            <w:vAlign w:val="center"/>
          </w:tcPr>
          <w:p>
            <w:r/>
            <w:r>
              <w:rPr>
                <w:rFonts w:ascii="Arial" w:hAnsi="Arial"/>
                <w:b w:val="0"/>
                <w:color w:val="222222"/>
                <w:sz w:val="17"/>
              </w:rPr>
              <w:t>Selective evidence</w:t>
            </w:r>
          </w:p>
        </w:tc>
        <w:tc>
          <w:tcPr>
            <w:tcW w:type="dxa" w:w="7704"/>
            <w:tcMar>
              <w:top w:w="90" w:type="dxa"/>
              <w:start w:w="90" w:type="dxa"/>
              <w:bottom w:w="90" w:type="dxa"/>
              <w:end w:w="90" w:type="dxa"/>
            </w:tcMar>
            <w:vAlign w:val="center"/>
          </w:tcPr>
          <w:p>
            <w:r/>
            <w:r>
              <w:rPr>
                <w:rFonts w:ascii="Arial" w:hAnsi="Arial"/>
                <w:b w:val="0"/>
                <w:color w:val="222222"/>
                <w:sz w:val="17"/>
              </w:rPr>
              <w:t>What contrary evidence is ignored or dismissed?</w:t>
              <w:br/>
              <w:t>________________________________________</w:t>
            </w:r>
          </w:p>
        </w:tc>
      </w:tr>
    </w:tbl>
    <w:p/>
    <w:p>
      <w:pPr>
        <w:pStyle w:val="Heading2"/>
      </w:pPr>
      <w:r>
        <w:t>3. What Exalts Itself Against God?</w:t>
      </w:r>
    </w:p>
    <w:p>
      <w:r>
        <w:t>Complete the sentence: A thought exalts itself when it demands to be treated as a higher authority than God’s revealed __________________, __________________, or __________________.</w:t>
      </w:r>
    </w:p>
    <w:p>
      <w:r>
        <w:t>Experience is real, but it is not __________________. Feelings are meaningful, but they are not __________________. Human reasoning is a gift, but it is not __________________.</w:t>
      </w:r>
    </w:p>
    <w:p>
      <w:pPr>
        <w:pStyle w:val="Heading2"/>
      </w:pPr>
      <w:r>
        <w:t>4. Biblical Illustrations</w:t>
      </w:r>
    </w:p>
    <w:tbl>
      <w:tblPr>
        <w:tblStyle w:val="TableGrid"/>
        <w:tblW w:type="auto" w:w="0"/>
        <w:jc w:val="center"/>
        <w:tblLook w:firstColumn="1" w:firstRow="1" w:lastColumn="0" w:lastRow="0" w:noHBand="0" w:noVBand="1" w:val="04A0"/>
      </w:tblPr>
      <w:tblGrid>
        <w:gridCol w:w="3389"/>
        <w:gridCol w:w="3389"/>
        <w:gridCol w:w="3389"/>
      </w:tblGrid>
      <w:tr>
        <w:trPr>
          <w:tblHeader w:val="true"/>
        </w:trPr>
        <w:tc>
          <w:tcPr>
            <w:tcW w:type="dxa" w:w="2232"/>
            <w:shd w:fill="17365D"/>
            <w:tcMar>
              <w:top w:w="90" w:type="dxa"/>
              <w:start w:w="90" w:type="dxa"/>
              <w:bottom w:w="90" w:type="dxa"/>
              <w:end w:w="90" w:type="dxa"/>
            </w:tcMar>
            <w:vAlign w:val="center"/>
          </w:tcPr>
          <w:p>
            <w:r/>
            <w:r>
              <w:rPr>
                <w:rFonts w:ascii="Arial" w:hAnsi="Arial"/>
                <w:b/>
                <w:color w:val="FFFFFF"/>
                <w:sz w:val="18"/>
              </w:rPr>
              <w:t>Passage</w:t>
            </w:r>
          </w:p>
        </w:tc>
        <w:tc>
          <w:tcPr>
            <w:tcW w:type="dxa" w:w="3672"/>
            <w:shd w:fill="17365D"/>
            <w:tcMar>
              <w:top w:w="90" w:type="dxa"/>
              <w:start w:w="90" w:type="dxa"/>
              <w:bottom w:w="90" w:type="dxa"/>
              <w:end w:w="90" w:type="dxa"/>
            </w:tcMar>
            <w:vAlign w:val="center"/>
          </w:tcPr>
          <w:p>
            <w:r/>
            <w:r>
              <w:rPr>
                <w:rFonts w:ascii="Arial" w:hAnsi="Arial"/>
                <w:b/>
                <w:color w:val="FFFFFF"/>
                <w:sz w:val="18"/>
              </w:rPr>
              <w:t>Pattern</w:t>
            </w:r>
          </w:p>
        </w:tc>
        <w:tc>
          <w:tcPr>
            <w:tcW w:type="dxa" w:w="3960"/>
            <w:shd w:fill="17365D"/>
            <w:tcMar>
              <w:top w:w="90" w:type="dxa"/>
              <w:start w:w="90" w:type="dxa"/>
              <w:bottom w:w="90" w:type="dxa"/>
              <w:end w:w="90" w:type="dxa"/>
            </w:tcMar>
            <w:vAlign w:val="center"/>
          </w:tcPr>
          <w:p>
            <w:r/>
            <w:r>
              <w:rPr>
                <w:rFonts w:ascii="Arial" w:hAnsi="Arial"/>
                <w:b/>
                <w:color w:val="FFFFFF"/>
                <w:sz w:val="18"/>
              </w:rPr>
              <w:t>Truth Resisted</w:t>
            </w:r>
          </w:p>
        </w:tc>
      </w:tr>
      <w:tr>
        <w:tc>
          <w:tcPr>
            <w:tcW w:type="dxa" w:w="2232"/>
            <w:tcMar>
              <w:top w:w="90" w:type="dxa"/>
              <w:start w:w="90" w:type="dxa"/>
              <w:bottom w:w="90" w:type="dxa"/>
              <w:end w:w="90" w:type="dxa"/>
            </w:tcMar>
            <w:vAlign w:val="center"/>
          </w:tcPr>
          <w:p>
            <w:r/>
            <w:r>
              <w:rPr>
                <w:rFonts w:ascii="Arial" w:hAnsi="Arial"/>
                <w:b w:val="0"/>
                <w:color w:val="222222"/>
                <w:sz w:val="17"/>
              </w:rPr>
              <w:t>Genesis 3:1–7</w:t>
            </w:r>
          </w:p>
        </w:tc>
        <w:tc>
          <w:tcPr>
            <w:tcW w:type="dxa" w:w="3672"/>
            <w:tcMar>
              <w:top w:w="90" w:type="dxa"/>
              <w:start w:w="90" w:type="dxa"/>
              <w:bottom w:w="90" w:type="dxa"/>
              <w:end w:w="90" w:type="dxa"/>
            </w:tcMar>
            <w:vAlign w:val="center"/>
          </w:tcPr>
          <w:p>
            <w:r/>
            <w:r>
              <w:rPr>
                <w:rFonts w:ascii="Arial" w:hAnsi="Arial"/>
                <w:b w:val="0"/>
                <w:color w:val="222222"/>
                <w:sz w:val="17"/>
              </w:rPr>
              <w:t>________________________</w:t>
            </w:r>
          </w:p>
        </w:tc>
        <w:tc>
          <w:tcPr>
            <w:tcW w:type="dxa" w:w="3960"/>
            <w:tcMar>
              <w:top w:w="90" w:type="dxa"/>
              <w:start w:w="90" w:type="dxa"/>
              <w:bottom w:w="90" w:type="dxa"/>
              <w:end w:w="90" w:type="dxa"/>
            </w:tcMar>
            <w:vAlign w:val="center"/>
          </w:tcPr>
          <w:p>
            <w:r/>
            <w:r>
              <w:rPr>
                <w:rFonts w:ascii="Arial" w:hAnsi="Arial"/>
                <w:b w:val="0"/>
                <w:color w:val="222222"/>
                <w:sz w:val="17"/>
              </w:rPr>
              <w:t>________________________</w:t>
            </w:r>
          </w:p>
        </w:tc>
      </w:tr>
      <w:tr>
        <w:tc>
          <w:tcPr>
            <w:tcW w:type="dxa" w:w="2232"/>
            <w:tcMar>
              <w:top w:w="90" w:type="dxa"/>
              <w:start w:w="90" w:type="dxa"/>
              <w:bottom w:w="90" w:type="dxa"/>
              <w:end w:w="90" w:type="dxa"/>
            </w:tcMar>
            <w:vAlign w:val="center"/>
            <w:shd w:fill="F2F2F2"/>
          </w:tcPr>
          <w:p>
            <w:r/>
            <w:r>
              <w:rPr>
                <w:rFonts w:ascii="Arial" w:hAnsi="Arial"/>
                <w:b w:val="0"/>
                <w:color w:val="222222"/>
                <w:sz w:val="17"/>
              </w:rPr>
              <w:t>Genesis 11:1–9</w:t>
            </w:r>
          </w:p>
        </w:tc>
        <w:tc>
          <w:tcPr>
            <w:tcW w:type="dxa" w:w="3672"/>
            <w:tcMar>
              <w:top w:w="90" w:type="dxa"/>
              <w:start w:w="90" w:type="dxa"/>
              <w:bottom w:w="90" w:type="dxa"/>
              <w:end w:w="90" w:type="dxa"/>
            </w:tcMar>
            <w:vAlign w:val="center"/>
            <w:shd w:fill="F2F2F2"/>
          </w:tcPr>
          <w:p>
            <w:r/>
            <w:r>
              <w:rPr>
                <w:rFonts w:ascii="Arial" w:hAnsi="Arial"/>
                <w:b w:val="0"/>
                <w:color w:val="222222"/>
                <w:sz w:val="17"/>
              </w:rPr>
              <w:t>________________________</w:t>
            </w:r>
          </w:p>
        </w:tc>
        <w:tc>
          <w:tcPr>
            <w:tcW w:type="dxa" w:w="3960"/>
            <w:tcMar>
              <w:top w:w="90" w:type="dxa"/>
              <w:start w:w="90" w:type="dxa"/>
              <w:bottom w:w="90" w:type="dxa"/>
              <w:end w:w="90" w:type="dxa"/>
            </w:tcMar>
            <w:vAlign w:val="center"/>
            <w:shd w:fill="F2F2F2"/>
          </w:tcPr>
          <w:p>
            <w:r/>
            <w:r>
              <w:rPr>
                <w:rFonts w:ascii="Arial" w:hAnsi="Arial"/>
                <w:b w:val="0"/>
                <w:color w:val="222222"/>
                <w:sz w:val="17"/>
              </w:rPr>
              <w:t>________________________</w:t>
            </w:r>
          </w:p>
        </w:tc>
      </w:tr>
      <w:tr>
        <w:tc>
          <w:tcPr>
            <w:tcW w:type="dxa" w:w="2232"/>
            <w:tcMar>
              <w:top w:w="90" w:type="dxa"/>
              <w:start w:w="90" w:type="dxa"/>
              <w:bottom w:w="90" w:type="dxa"/>
              <w:end w:w="90" w:type="dxa"/>
            </w:tcMar>
            <w:vAlign w:val="center"/>
          </w:tcPr>
          <w:p>
            <w:r/>
            <w:r>
              <w:rPr>
                <w:rFonts w:ascii="Arial" w:hAnsi="Arial"/>
                <w:b w:val="0"/>
                <w:color w:val="222222"/>
                <w:sz w:val="17"/>
              </w:rPr>
              <w:t>Numbers 13–14</w:t>
            </w:r>
          </w:p>
        </w:tc>
        <w:tc>
          <w:tcPr>
            <w:tcW w:type="dxa" w:w="3672"/>
            <w:tcMar>
              <w:top w:w="90" w:type="dxa"/>
              <w:start w:w="90" w:type="dxa"/>
              <w:bottom w:w="90" w:type="dxa"/>
              <w:end w:w="90" w:type="dxa"/>
            </w:tcMar>
            <w:vAlign w:val="center"/>
          </w:tcPr>
          <w:p>
            <w:r/>
            <w:r>
              <w:rPr>
                <w:rFonts w:ascii="Arial" w:hAnsi="Arial"/>
                <w:b w:val="0"/>
                <w:color w:val="222222"/>
                <w:sz w:val="17"/>
              </w:rPr>
              <w:t>________________________</w:t>
            </w:r>
          </w:p>
        </w:tc>
        <w:tc>
          <w:tcPr>
            <w:tcW w:type="dxa" w:w="3960"/>
            <w:tcMar>
              <w:top w:w="90" w:type="dxa"/>
              <w:start w:w="90" w:type="dxa"/>
              <w:bottom w:w="90" w:type="dxa"/>
              <w:end w:w="90" w:type="dxa"/>
            </w:tcMar>
            <w:vAlign w:val="center"/>
          </w:tcPr>
          <w:p>
            <w:r/>
            <w:r>
              <w:rPr>
                <w:rFonts w:ascii="Arial" w:hAnsi="Arial"/>
                <w:b w:val="0"/>
                <w:color w:val="222222"/>
                <w:sz w:val="17"/>
              </w:rPr>
              <w:t>________________________</w:t>
            </w:r>
          </w:p>
        </w:tc>
      </w:tr>
      <w:tr>
        <w:tc>
          <w:tcPr>
            <w:tcW w:type="dxa" w:w="2232"/>
            <w:tcMar>
              <w:top w:w="90" w:type="dxa"/>
              <w:start w:w="90" w:type="dxa"/>
              <w:bottom w:w="90" w:type="dxa"/>
              <w:end w:w="90" w:type="dxa"/>
            </w:tcMar>
            <w:vAlign w:val="center"/>
            <w:shd w:fill="F2F2F2"/>
          </w:tcPr>
          <w:p>
            <w:r/>
            <w:r>
              <w:rPr>
                <w:rFonts w:ascii="Arial" w:hAnsi="Arial"/>
                <w:b w:val="0"/>
                <w:color w:val="222222"/>
                <w:sz w:val="17"/>
              </w:rPr>
              <w:t>1 Samuel 15:22–24</w:t>
            </w:r>
          </w:p>
        </w:tc>
        <w:tc>
          <w:tcPr>
            <w:tcW w:type="dxa" w:w="3672"/>
            <w:tcMar>
              <w:top w:w="90" w:type="dxa"/>
              <w:start w:w="90" w:type="dxa"/>
              <w:bottom w:w="90" w:type="dxa"/>
              <w:end w:w="90" w:type="dxa"/>
            </w:tcMar>
            <w:vAlign w:val="center"/>
            <w:shd w:fill="F2F2F2"/>
          </w:tcPr>
          <w:p>
            <w:r/>
            <w:r>
              <w:rPr>
                <w:rFonts w:ascii="Arial" w:hAnsi="Arial"/>
                <w:b w:val="0"/>
                <w:color w:val="222222"/>
                <w:sz w:val="17"/>
              </w:rPr>
              <w:t>________________________</w:t>
            </w:r>
          </w:p>
        </w:tc>
        <w:tc>
          <w:tcPr>
            <w:tcW w:type="dxa" w:w="3960"/>
            <w:tcMar>
              <w:top w:w="90" w:type="dxa"/>
              <w:start w:w="90" w:type="dxa"/>
              <w:bottom w:w="90" w:type="dxa"/>
              <w:end w:w="90" w:type="dxa"/>
            </w:tcMar>
            <w:vAlign w:val="center"/>
            <w:shd w:fill="F2F2F2"/>
          </w:tcPr>
          <w:p>
            <w:r/>
            <w:r>
              <w:rPr>
                <w:rFonts w:ascii="Arial" w:hAnsi="Arial"/>
                <w:b w:val="0"/>
                <w:color w:val="222222"/>
                <w:sz w:val="17"/>
              </w:rPr>
              <w:t>________________________</w:t>
            </w:r>
          </w:p>
        </w:tc>
      </w:tr>
      <w:tr>
        <w:tc>
          <w:tcPr>
            <w:tcW w:type="dxa" w:w="2232"/>
            <w:tcMar>
              <w:top w:w="90" w:type="dxa"/>
              <w:start w:w="90" w:type="dxa"/>
              <w:bottom w:w="90" w:type="dxa"/>
              <w:end w:w="90" w:type="dxa"/>
            </w:tcMar>
            <w:vAlign w:val="center"/>
          </w:tcPr>
          <w:p>
            <w:r/>
            <w:r>
              <w:rPr>
                <w:rFonts w:ascii="Arial" w:hAnsi="Arial"/>
                <w:b w:val="0"/>
                <w:color w:val="222222"/>
                <w:sz w:val="17"/>
              </w:rPr>
              <w:t>Mark 7:6–13</w:t>
            </w:r>
          </w:p>
        </w:tc>
        <w:tc>
          <w:tcPr>
            <w:tcW w:type="dxa" w:w="3672"/>
            <w:tcMar>
              <w:top w:w="90" w:type="dxa"/>
              <w:start w:w="90" w:type="dxa"/>
              <w:bottom w:w="90" w:type="dxa"/>
              <w:end w:w="90" w:type="dxa"/>
            </w:tcMar>
            <w:vAlign w:val="center"/>
          </w:tcPr>
          <w:p>
            <w:r/>
            <w:r>
              <w:rPr>
                <w:rFonts w:ascii="Arial" w:hAnsi="Arial"/>
                <w:b w:val="0"/>
                <w:color w:val="222222"/>
                <w:sz w:val="17"/>
              </w:rPr>
              <w:t>________________________</w:t>
            </w:r>
          </w:p>
        </w:tc>
        <w:tc>
          <w:tcPr>
            <w:tcW w:type="dxa" w:w="3960"/>
            <w:tcMar>
              <w:top w:w="90" w:type="dxa"/>
              <w:start w:w="90" w:type="dxa"/>
              <w:bottom w:w="90" w:type="dxa"/>
              <w:end w:w="90" w:type="dxa"/>
            </w:tcMar>
            <w:vAlign w:val="center"/>
          </w:tcPr>
          <w:p>
            <w:r/>
            <w:r>
              <w:rPr>
                <w:rFonts w:ascii="Arial" w:hAnsi="Arial"/>
                <w:b w:val="0"/>
                <w:color w:val="222222"/>
                <w:sz w:val="17"/>
              </w:rPr>
              <w:t>________________________</w:t>
            </w:r>
          </w:p>
        </w:tc>
      </w:tr>
      <w:tr>
        <w:tc>
          <w:tcPr>
            <w:tcW w:type="dxa" w:w="2232"/>
            <w:tcMar>
              <w:top w:w="90" w:type="dxa"/>
              <w:start w:w="90" w:type="dxa"/>
              <w:bottom w:w="90" w:type="dxa"/>
              <w:end w:w="90" w:type="dxa"/>
            </w:tcMar>
            <w:vAlign w:val="center"/>
            <w:shd w:fill="F2F2F2"/>
          </w:tcPr>
          <w:p>
            <w:r/>
            <w:r>
              <w:rPr>
                <w:rFonts w:ascii="Arial" w:hAnsi="Arial"/>
                <w:b w:val="0"/>
                <w:color w:val="222222"/>
                <w:sz w:val="17"/>
              </w:rPr>
              <w:t>2 Corinthians 11:3</w:t>
            </w:r>
          </w:p>
        </w:tc>
        <w:tc>
          <w:tcPr>
            <w:tcW w:type="dxa" w:w="3672"/>
            <w:tcMar>
              <w:top w:w="90" w:type="dxa"/>
              <w:start w:w="90" w:type="dxa"/>
              <w:bottom w:w="90" w:type="dxa"/>
              <w:end w:w="90" w:type="dxa"/>
            </w:tcMar>
            <w:vAlign w:val="center"/>
            <w:shd w:fill="F2F2F2"/>
          </w:tcPr>
          <w:p>
            <w:r/>
            <w:r>
              <w:rPr>
                <w:rFonts w:ascii="Arial" w:hAnsi="Arial"/>
                <w:b w:val="0"/>
                <w:color w:val="222222"/>
                <w:sz w:val="17"/>
              </w:rPr>
              <w:t>________________________</w:t>
            </w:r>
          </w:p>
        </w:tc>
        <w:tc>
          <w:tcPr>
            <w:tcW w:type="dxa" w:w="3960"/>
            <w:tcMar>
              <w:top w:w="90" w:type="dxa"/>
              <w:start w:w="90" w:type="dxa"/>
              <w:bottom w:w="90" w:type="dxa"/>
              <w:end w:w="90" w:type="dxa"/>
            </w:tcMar>
            <w:vAlign w:val="center"/>
            <w:shd w:fill="F2F2F2"/>
          </w:tcPr>
          <w:p>
            <w:r/>
            <w:r>
              <w:rPr>
                <w:rFonts w:ascii="Arial" w:hAnsi="Arial"/>
                <w:b w:val="0"/>
                <w:color w:val="222222"/>
                <w:sz w:val="17"/>
              </w:rPr>
              <w:t>________________________</w:t>
            </w:r>
          </w:p>
        </w:tc>
      </w:tr>
    </w:tbl>
    <w:p/>
    <w:p>
      <w:pPr>
        <w:pStyle w:val="Heading2"/>
      </w:pPr>
      <w:r>
        <w:t>5. The Three-Part Truth Test</w:t>
      </w:r>
    </w:p>
    <w:tbl>
      <w:tblPr>
        <w:tblW w:type="auto" w:w="0"/>
        <w:jc w:val="center"/>
        <w:tblLayout w:type="autofit"/>
        <w:tblLook w:firstColumn="1" w:firstRow="1" w:lastColumn="0" w:lastRow="0" w:noHBand="0" w:noVBand="1" w:val="04A0"/>
      </w:tblPr>
      <w:tblGrid>
        <w:gridCol w:w="10166"/>
      </w:tblGrid>
      <w:tr>
        <w:tc>
          <w:tcPr>
            <w:tcW w:type="dxa" w:w="10166"/>
            <w:shd w:fill="C49A3A"/>
            <w:tcMar>
              <w:top w:w="90" w:type="dxa"/>
              <w:start w:w="90" w:type="dxa"/>
              <w:bottom w:w="90" w:type="dxa"/>
              <w:end w:w="90" w:type="dxa"/>
            </w:tcMar>
            <w:vAlign w:val="center"/>
          </w:tcPr>
          <w:p>
            <w:r/>
            <w:r>
              <w:rPr>
                <w:rFonts w:ascii="Arial" w:hAnsi="Arial"/>
                <w:b/>
                <w:color w:val="FFFFFF"/>
                <w:sz w:val="21"/>
              </w:rPr>
              <w:t>CLAIM → CONTRADICTION → CHRISTLIKE RESPONSE</w:t>
            </w:r>
          </w:p>
        </w:tc>
      </w:tr>
      <w:tr>
        <w:tc>
          <w:tcPr>
            <w:tcW w:type="dxa" w:w="10166"/>
            <w:shd w:fill="F7F0DE"/>
            <w:tcMar>
              <w:top w:w="120" w:type="dxa"/>
              <w:start w:w="130" w:type="dxa"/>
              <w:bottom w:w="120" w:type="dxa"/>
              <w:end w:w="130" w:type="dxa"/>
            </w:tcMar>
          </w:tcPr>
          <w:p>
            <w:pPr>
              <w:spacing w:after="0"/>
            </w:pPr>
            <w:r/>
            <w:r>
              <w:rPr>
                <w:rFonts w:ascii="Arial" w:hAnsi="Arial"/>
                <w:color w:val="222222"/>
                <w:sz w:val="19"/>
              </w:rPr>
              <w:t>Write the exact claim. Identify the revealed truth it contradicts. Choose a concrete response that submits thought and action to Christ.</w:t>
            </w:r>
          </w:p>
        </w:tc>
      </w:tr>
    </w:tbl>
    <w:p>
      <w:pPr>
        <w:spacing w:after="20"/>
      </w:pPr>
    </w:p>
    <w:p>
      <w:r>
        <w:rPr>
          <w:b/>
        </w:rPr>
        <w:t>Claim demanding the final word:</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r>
        <w:rPr>
          <w:b/>
        </w:rPr>
        <w:t>Knowledge of God challenged:</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r>
        <w:rPr>
          <w:b/>
        </w:rPr>
        <w:t>Christlike response:</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pStyle w:val="Heading2"/>
      </w:pPr>
      <w:r>
        <w:t>6. Lie–Truth–Obedience Worksheet</w:t>
      </w:r>
    </w:p>
    <w:tbl>
      <w:tblPr>
        <w:tblStyle w:val="TableGrid"/>
        <w:tblW w:type="auto" w:w="0"/>
        <w:jc w:val="center"/>
        <w:tblLook w:firstColumn="1" w:firstRow="1" w:lastColumn="0" w:lastRow="0" w:noHBand="0" w:noVBand="1" w:val="04A0"/>
      </w:tblPr>
      <w:tblGrid>
        <w:gridCol w:w="5083"/>
        <w:gridCol w:w="5083"/>
      </w:tblGrid>
      <w:tr>
        <w:trPr>
          <w:tblHeader w:val="true"/>
        </w:trPr>
        <w:tc>
          <w:tcPr>
            <w:tcW w:type="dxa" w:w="3600"/>
            <w:shd w:fill="17365D"/>
            <w:tcMar>
              <w:top w:w="90" w:type="dxa"/>
              <w:start w:w="90" w:type="dxa"/>
              <w:bottom w:w="90" w:type="dxa"/>
              <w:end w:w="90" w:type="dxa"/>
            </w:tcMar>
            <w:vAlign w:val="center"/>
          </w:tcPr>
          <w:p>
            <w:r/>
            <w:r>
              <w:rPr>
                <w:rFonts w:ascii="Arial" w:hAnsi="Arial"/>
                <w:b/>
                <w:color w:val="FFFFFF"/>
                <w:sz w:val="18"/>
              </w:rPr>
              <w:t>Prompt</w:t>
            </w:r>
          </w:p>
        </w:tc>
        <w:tc>
          <w:tcPr>
            <w:tcW w:type="dxa" w:w="6336"/>
            <w:shd w:fill="17365D"/>
            <w:tcMar>
              <w:top w:w="90" w:type="dxa"/>
              <w:start w:w="90" w:type="dxa"/>
              <w:bottom w:w="90" w:type="dxa"/>
              <w:end w:w="90" w:type="dxa"/>
            </w:tcMar>
            <w:vAlign w:val="center"/>
          </w:tcPr>
          <w:p>
            <w:r/>
            <w:r>
              <w:rPr>
                <w:rFonts w:ascii="Arial" w:hAnsi="Arial"/>
                <w:b/>
                <w:color w:val="FFFFFF"/>
                <w:sz w:val="18"/>
              </w:rPr>
              <w:t>My Response</w:t>
            </w:r>
          </w:p>
        </w:tc>
      </w:tr>
      <w:tr>
        <w:tc>
          <w:tcPr>
            <w:tcW w:type="dxa" w:w="3600"/>
            <w:tcMar>
              <w:top w:w="90" w:type="dxa"/>
              <w:start w:w="90" w:type="dxa"/>
              <w:bottom w:w="90" w:type="dxa"/>
              <w:end w:w="90" w:type="dxa"/>
            </w:tcMar>
            <w:vAlign w:val="center"/>
          </w:tcPr>
          <w:p>
            <w:r/>
            <w:r>
              <w:rPr>
                <w:rFonts w:ascii="Arial" w:hAnsi="Arial"/>
                <w:b w:val="0"/>
                <w:color w:val="222222"/>
                <w:sz w:val="17"/>
              </w:rPr>
              <w:t>Trigger or situation</w:t>
            </w:r>
          </w:p>
        </w:tc>
        <w:tc>
          <w:tcPr>
            <w:tcW w:type="dxa" w:w="6336"/>
            <w:tcMar>
              <w:top w:w="90" w:type="dxa"/>
              <w:start w:w="90" w:type="dxa"/>
              <w:bottom w:w="90" w:type="dxa"/>
              <w:end w:w="90" w:type="dxa"/>
            </w:tcMar>
            <w:vAlign w:val="center"/>
          </w:tcPr>
          <w:p>
            <w:r/>
            <w:r>
              <w:rPr>
                <w:rFonts w:ascii="Arial" w:hAnsi="Arial"/>
                <w:b w:val="0"/>
                <w:color w:val="222222"/>
                <w:sz w:val="17"/>
              </w:rPr>
              <w:br/>
              <w:br/>
            </w:r>
          </w:p>
        </w:tc>
      </w:tr>
      <w:tr>
        <w:tc>
          <w:tcPr>
            <w:tcW w:type="dxa" w:w="3600"/>
            <w:tcMar>
              <w:top w:w="90" w:type="dxa"/>
              <w:start w:w="90" w:type="dxa"/>
              <w:bottom w:w="90" w:type="dxa"/>
              <w:end w:w="90" w:type="dxa"/>
            </w:tcMar>
            <w:vAlign w:val="center"/>
            <w:shd w:fill="F2F2F2"/>
          </w:tcPr>
          <w:p>
            <w:r/>
            <w:r>
              <w:rPr>
                <w:rFonts w:ascii="Arial" w:hAnsi="Arial"/>
                <w:b w:val="0"/>
                <w:color w:val="222222"/>
                <w:sz w:val="17"/>
              </w:rPr>
              <w:t>Exact recurring claim</w:t>
            </w:r>
          </w:p>
        </w:tc>
        <w:tc>
          <w:tcPr>
            <w:tcW w:type="dxa" w:w="6336"/>
            <w:tcMar>
              <w:top w:w="90" w:type="dxa"/>
              <w:start w:w="90" w:type="dxa"/>
              <w:bottom w:w="90" w:type="dxa"/>
              <w:end w:w="90" w:type="dxa"/>
            </w:tcMar>
            <w:vAlign w:val="center"/>
            <w:shd w:fill="F2F2F2"/>
          </w:tcPr>
          <w:p>
            <w:r/>
            <w:r>
              <w:rPr>
                <w:rFonts w:ascii="Arial" w:hAnsi="Arial"/>
                <w:b w:val="0"/>
                <w:color w:val="222222"/>
                <w:sz w:val="17"/>
              </w:rPr>
              <w:br/>
              <w:br/>
            </w:r>
          </w:p>
        </w:tc>
      </w:tr>
      <w:tr>
        <w:tc>
          <w:tcPr>
            <w:tcW w:type="dxa" w:w="3600"/>
            <w:tcMar>
              <w:top w:w="90" w:type="dxa"/>
              <w:start w:w="90" w:type="dxa"/>
              <w:bottom w:w="90" w:type="dxa"/>
              <w:end w:w="90" w:type="dxa"/>
            </w:tcMar>
            <w:vAlign w:val="center"/>
          </w:tcPr>
          <w:p>
            <w:r/>
            <w:r>
              <w:rPr>
                <w:rFonts w:ascii="Arial" w:hAnsi="Arial"/>
                <w:b w:val="0"/>
                <w:color w:val="222222"/>
                <w:sz w:val="17"/>
              </w:rPr>
              <w:t>What part may be factual?</w:t>
            </w:r>
          </w:p>
        </w:tc>
        <w:tc>
          <w:tcPr>
            <w:tcW w:type="dxa" w:w="6336"/>
            <w:tcMar>
              <w:top w:w="90" w:type="dxa"/>
              <w:start w:w="90" w:type="dxa"/>
              <w:bottom w:w="90" w:type="dxa"/>
              <w:end w:w="90" w:type="dxa"/>
            </w:tcMar>
            <w:vAlign w:val="center"/>
          </w:tcPr>
          <w:p>
            <w:r/>
            <w:r>
              <w:rPr>
                <w:rFonts w:ascii="Arial" w:hAnsi="Arial"/>
                <w:b w:val="0"/>
                <w:color w:val="222222"/>
                <w:sz w:val="17"/>
              </w:rPr>
              <w:br/>
              <w:br/>
            </w:r>
          </w:p>
        </w:tc>
      </w:tr>
      <w:tr>
        <w:tc>
          <w:tcPr>
            <w:tcW w:type="dxa" w:w="3600"/>
            <w:tcMar>
              <w:top w:w="90" w:type="dxa"/>
              <w:start w:w="90" w:type="dxa"/>
              <w:bottom w:w="90" w:type="dxa"/>
              <w:end w:w="90" w:type="dxa"/>
            </w:tcMar>
            <w:vAlign w:val="center"/>
            <w:shd w:fill="F2F2F2"/>
          </w:tcPr>
          <w:p>
            <w:r/>
            <w:r>
              <w:rPr>
                <w:rFonts w:ascii="Arial" w:hAnsi="Arial"/>
                <w:b w:val="0"/>
                <w:color w:val="222222"/>
                <w:sz w:val="17"/>
              </w:rPr>
              <w:t>What interpretation is false or exaggerated?</w:t>
            </w:r>
          </w:p>
        </w:tc>
        <w:tc>
          <w:tcPr>
            <w:tcW w:type="dxa" w:w="6336"/>
            <w:tcMar>
              <w:top w:w="90" w:type="dxa"/>
              <w:start w:w="90" w:type="dxa"/>
              <w:bottom w:w="90" w:type="dxa"/>
              <w:end w:w="90" w:type="dxa"/>
            </w:tcMar>
            <w:vAlign w:val="center"/>
            <w:shd w:fill="F2F2F2"/>
          </w:tcPr>
          <w:p>
            <w:r/>
            <w:r>
              <w:rPr>
                <w:rFonts w:ascii="Arial" w:hAnsi="Arial"/>
                <w:b w:val="0"/>
                <w:color w:val="222222"/>
                <w:sz w:val="17"/>
              </w:rPr>
              <w:br/>
              <w:br/>
            </w:r>
          </w:p>
        </w:tc>
      </w:tr>
      <w:tr>
        <w:tc>
          <w:tcPr>
            <w:tcW w:type="dxa" w:w="3600"/>
            <w:tcMar>
              <w:top w:w="90" w:type="dxa"/>
              <w:start w:w="90" w:type="dxa"/>
              <w:bottom w:w="90" w:type="dxa"/>
              <w:end w:w="90" w:type="dxa"/>
            </w:tcMar>
            <w:vAlign w:val="center"/>
          </w:tcPr>
          <w:p>
            <w:r/>
            <w:r>
              <w:rPr>
                <w:rFonts w:ascii="Arial" w:hAnsi="Arial"/>
                <w:b w:val="0"/>
                <w:color w:val="222222"/>
                <w:sz w:val="17"/>
              </w:rPr>
              <w:t>What Scripture addresses this in context?</w:t>
            </w:r>
          </w:p>
        </w:tc>
        <w:tc>
          <w:tcPr>
            <w:tcW w:type="dxa" w:w="6336"/>
            <w:tcMar>
              <w:top w:w="90" w:type="dxa"/>
              <w:start w:w="90" w:type="dxa"/>
              <w:bottom w:w="90" w:type="dxa"/>
              <w:end w:w="90" w:type="dxa"/>
            </w:tcMar>
            <w:vAlign w:val="center"/>
          </w:tcPr>
          <w:p>
            <w:r/>
            <w:r>
              <w:rPr>
                <w:rFonts w:ascii="Arial" w:hAnsi="Arial"/>
                <w:b w:val="0"/>
                <w:color w:val="222222"/>
                <w:sz w:val="17"/>
              </w:rPr>
              <w:br/>
              <w:br/>
            </w:r>
          </w:p>
        </w:tc>
      </w:tr>
      <w:tr>
        <w:tc>
          <w:tcPr>
            <w:tcW w:type="dxa" w:w="3600"/>
            <w:tcMar>
              <w:top w:w="90" w:type="dxa"/>
              <w:start w:w="90" w:type="dxa"/>
              <w:bottom w:w="90" w:type="dxa"/>
              <w:end w:w="90" w:type="dxa"/>
            </w:tcMar>
            <w:vAlign w:val="center"/>
            <w:shd w:fill="F2F2F2"/>
          </w:tcPr>
          <w:p>
            <w:r/>
            <w:r>
              <w:rPr>
                <w:rFonts w:ascii="Arial" w:hAnsi="Arial"/>
                <w:b w:val="0"/>
                <w:color w:val="222222"/>
                <w:sz w:val="17"/>
              </w:rPr>
              <w:t>What does this reveal about God’s character?</w:t>
            </w:r>
          </w:p>
        </w:tc>
        <w:tc>
          <w:tcPr>
            <w:tcW w:type="dxa" w:w="6336"/>
            <w:tcMar>
              <w:top w:w="90" w:type="dxa"/>
              <w:start w:w="90" w:type="dxa"/>
              <w:bottom w:w="90" w:type="dxa"/>
              <w:end w:w="90" w:type="dxa"/>
            </w:tcMar>
            <w:vAlign w:val="center"/>
            <w:shd w:fill="F2F2F2"/>
          </w:tcPr>
          <w:p>
            <w:r/>
            <w:r>
              <w:rPr>
                <w:rFonts w:ascii="Arial" w:hAnsi="Arial"/>
                <w:b w:val="0"/>
                <w:color w:val="222222"/>
                <w:sz w:val="17"/>
              </w:rPr>
              <w:br/>
              <w:br/>
            </w:r>
          </w:p>
        </w:tc>
      </w:tr>
      <w:tr>
        <w:tc>
          <w:tcPr>
            <w:tcW w:type="dxa" w:w="3600"/>
            <w:tcMar>
              <w:top w:w="90" w:type="dxa"/>
              <w:start w:w="90" w:type="dxa"/>
              <w:bottom w:w="90" w:type="dxa"/>
              <w:end w:w="90" w:type="dxa"/>
            </w:tcMar>
            <w:vAlign w:val="center"/>
          </w:tcPr>
          <w:p>
            <w:r/>
            <w:r>
              <w:rPr>
                <w:rFonts w:ascii="Arial" w:hAnsi="Arial"/>
                <w:b w:val="0"/>
                <w:color w:val="222222"/>
                <w:sz w:val="17"/>
              </w:rPr>
              <w:t>What lie do I reject?</w:t>
            </w:r>
          </w:p>
        </w:tc>
        <w:tc>
          <w:tcPr>
            <w:tcW w:type="dxa" w:w="6336"/>
            <w:tcMar>
              <w:top w:w="90" w:type="dxa"/>
              <w:start w:w="90" w:type="dxa"/>
              <w:bottom w:w="90" w:type="dxa"/>
              <w:end w:w="90" w:type="dxa"/>
            </w:tcMar>
            <w:vAlign w:val="center"/>
          </w:tcPr>
          <w:p>
            <w:r/>
            <w:r>
              <w:rPr>
                <w:rFonts w:ascii="Arial" w:hAnsi="Arial"/>
                <w:b w:val="0"/>
                <w:color w:val="222222"/>
                <w:sz w:val="17"/>
              </w:rPr>
              <w:br/>
              <w:br/>
            </w:r>
          </w:p>
        </w:tc>
      </w:tr>
      <w:tr>
        <w:tc>
          <w:tcPr>
            <w:tcW w:type="dxa" w:w="3600"/>
            <w:tcMar>
              <w:top w:w="90" w:type="dxa"/>
              <w:start w:w="90" w:type="dxa"/>
              <w:bottom w:w="90" w:type="dxa"/>
              <w:end w:w="90" w:type="dxa"/>
            </w:tcMar>
            <w:vAlign w:val="center"/>
            <w:shd w:fill="F2F2F2"/>
          </w:tcPr>
          <w:p>
            <w:r/>
            <w:r>
              <w:rPr>
                <w:rFonts w:ascii="Arial" w:hAnsi="Arial"/>
                <w:b w:val="0"/>
                <w:color w:val="222222"/>
                <w:sz w:val="17"/>
              </w:rPr>
              <w:t>What truth will I confess?</w:t>
            </w:r>
          </w:p>
        </w:tc>
        <w:tc>
          <w:tcPr>
            <w:tcW w:type="dxa" w:w="6336"/>
            <w:tcMar>
              <w:top w:w="90" w:type="dxa"/>
              <w:start w:w="90" w:type="dxa"/>
              <w:bottom w:w="90" w:type="dxa"/>
              <w:end w:w="90" w:type="dxa"/>
            </w:tcMar>
            <w:vAlign w:val="center"/>
            <w:shd w:fill="F2F2F2"/>
          </w:tcPr>
          <w:p>
            <w:r/>
            <w:r>
              <w:rPr>
                <w:rFonts w:ascii="Arial" w:hAnsi="Arial"/>
                <w:b w:val="0"/>
                <w:color w:val="222222"/>
                <w:sz w:val="17"/>
              </w:rPr>
              <w:br/>
              <w:br/>
            </w:r>
          </w:p>
        </w:tc>
      </w:tr>
      <w:tr>
        <w:tc>
          <w:tcPr>
            <w:tcW w:type="dxa" w:w="3600"/>
            <w:tcMar>
              <w:top w:w="90" w:type="dxa"/>
              <w:start w:w="90" w:type="dxa"/>
              <w:bottom w:w="90" w:type="dxa"/>
              <w:end w:w="90" w:type="dxa"/>
            </w:tcMar>
            <w:vAlign w:val="center"/>
          </w:tcPr>
          <w:p>
            <w:r/>
            <w:r>
              <w:rPr>
                <w:rFonts w:ascii="Arial" w:hAnsi="Arial"/>
                <w:b w:val="0"/>
                <w:color w:val="222222"/>
                <w:sz w:val="17"/>
              </w:rPr>
              <w:t>What action will I take before Week Three?</w:t>
            </w:r>
          </w:p>
        </w:tc>
        <w:tc>
          <w:tcPr>
            <w:tcW w:type="dxa" w:w="6336"/>
            <w:tcMar>
              <w:top w:w="90" w:type="dxa"/>
              <w:start w:w="90" w:type="dxa"/>
              <w:bottom w:w="90" w:type="dxa"/>
              <w:end w:w="90" w:type="dxa"/>
            </w:tcMar>
            <w:vAlign w:val="center"/>
          </w:tcPr>
          <w:p>
            <w:r/>
            <w:r>
              <w:rPr>
                <w:rFonts w:ascii="Arial" w:hAnsi="Arial"/>
                <w:b w:val="0"/>
                <w:color w:val="222222"/>
                <w:sz w:val="17"/>
              </w:rPr>
              <w:br/>
              <w:br/>
            </w:r>
          </w:p>
        </w:tc>
      </w:tr>
    </w:tbl>
    <w:p/>
    <w:p>
      <w:pPr>
        <w:pStyle w:val="Heading2"/>
      </w:pPr>
      <w:r>
        <w:t>Week Two Prayer</w:t>
      </w:r>
    </w:p>
    <w:p>
      <w:pPr>
        <w:pStyle w:val="ScriptureBlock"/>
      </w:pPr>
      <w:r>
        <w:t>Holy Spirit, search me with mercy and truth. Expose every distorted conclusion, proud barrier, false refuge, and hopeless sentence. Teach me to recognize the voice of accusation and to answer with the gospel. Give me wisdom to separate facts from false interpretations and courage to obey Christ. Amen.</w:t>
      </w:r>
    </w:p>
    <w:p>
      <w:r>
        <w:br w:type="page"/>
      </w:r>
    </w:p>
    <w:p>
      <w:pPr>
        <w:pStyle w:val="Heading1"/>
      </w:pPr>
      <w:r>
        <w:t>WEEK THREE — DEMOLITION AND LASTING FREEDOM</w:t>
      </w:r>
    </w:p>
    <w:tbl>
      <w:tblPr>
        <w:tblW w:type="auto" w:w="0"/>
        <w:jc w:val="center"/>
        <w:tblLayout w:type="autofit"/>
        <w:tblLook w:firstColumn="1" w:firstRow="1" w:lastColumn="0" w:lastRow="0" w:noHBand="0" w:noVBand="1" w:val="04A0"/>
      </w:tblPr>
      <w:tblGrid>
        <w:gridCol w:w="10166"/>
      </w:tblGrid>
      <w:tr>
        <w:tc>
          <w:tcPr>
            <w:tcW w:type="dxa" w:w="10166"/>
            <w:shd w:fill="17365D"/>
            <w:tcMar>
              <w:top w:w="90" w:type="dxa"/>
              <w:start w:w="90" w:type="dxa"/>
              <w:bottom w:w="90" w:type="dxa"/>
              <w:end w:w="90" w:type="dxa"/>
            </w:tcMar>
            <w:vAlign w:val="center"/>
          </w:tcPr>
          <w:p>
            <w:r/>
            <w:r>
              <w:rPr>
                <w:rFonts w:ascii="Arial" w:hAnsi="Arial"/>
                <w:b/>
                <w:color w:val="FFFFFF"/>
                <w:sz w:val="21"/>
              </w:rPr>
              <w:t>BIG IDEA</w:t>
            </w:r>
          </w:p>
        </w:tc>
      </w:tr>
      <w:tr>
        <w:tc>
          <w:tcPr>
            <w:tcW w:type="dxa" w:w="10166"/>
            <w:shd w:fill="EAF0F7"/>
            <w:tcMar>
              <w:top w:w="120" w:type="dxa"/>
              <w:start w:w="130" w:type="dxa"/>
              <w:bottom w:w="120" w:type="dxa"/>
              <w:end w:w="130" w:type="dxa"/>
            </w:tcMar>
          </w:tcPr>
          <w:p>
            <w:pPr>
              <w:spacing w:after="0"/>
            </w:pPr>
            <w:r/>
            <w:r>
              <w:rPr>
                <w:rFonts w:ascii="Arial" w:hAnsi="Arial"/>
                <w:color w:val="222222"/>
                <w:sz w:val="19"/>
              </w:rPr>
              <w:t>Freedom is grounded in Christ’s victory and practiced through truth, repentance, faith, obedience, prayer, wise boundaries, and life-giving community.</w:t>
            </w:r>
          </w:p>
        </w:tc>
      </w:tr>
    </w:tbl>
    <w:p>
      <w:pPr>
        <w:spacing w:after="20"/>
      </w:pPr>
    </w:p>
    <w:p>
      <w:pPr>
        <w:pStyle w:val="Heading2"/>
      </w:pPr>
      <w:r>
        <w:t>1. Freedom Begins with Christ</w:t>
      </w:r>
    </w:p>
    <w:p>
      <w:r>
        <w:t>Read John 8:31–36 and Colossians 2:13–15.</w:t>
      </w:r>
    </w:p>
    <w:p>
      <w:r>
        <w:rPr>
          <w:b/>
        </w:rPr>
        <w:t>What has Christ already accomplished?</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r>
        <w:rPr>
          <w:b/>
        </w:rPr>
        <w:t>What does continuing in His Word require from me?</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r>
        <w:t>Complete: Freedom is a __________________ before it is a process. The __________________ makes us free.</w:t>
      </w:r>
    </w:p>
    <w:p>
      <w:pPr>
        <w:pStyle w:val="Heading2"/>
      </w:pPr>
      <w:r>
        <w:t>2. Weapons Made Powerful by God</w:t>
      </w:r>
    </w:p>
    <w:tbl>
      <w:tblPr>
        <w:tblStyle w:val="TableGrid"/>
        <w:tblW w:type="auto" w:w="0"/>
        <w:jc w:val="center"/>
        <w:tblLook w:firstColumn="1" w:firstRow="1" w:lastColumn="0" w:lastRow="0" w:noHBand="0" w:noVBand="1" w:val="04A0"/>
      </w:tblPr>
      <w:tblGrid>
        <w:gridCol w:w="5083"/>
        <w:gridCol w:w="5083"/>
      </w:tblGrid>
      <w:tr>
        <w:trPr>
          <w:tblHeader w:val="true"/>
        </w:trPr>
        <w:tc>
          <w:tcPr>
            <w:tcW w:type="dxa" w:w="3168"/>
            <w:shd w:fill="17365D"/>
            <w:tcMar>
              <w:top w:w="90" w:type="dxa"/>
              <w:start w:w="90" w:type="dxa"/>
              <w:bottom w:w="90" w:type="dxa"/>
              <w:end w:w="90" w:type="dxa"/>
            </w:tcMar>
            <w:vAlign w:val="center"/>
          </w:tcPr>
          <w:p>
            <w:r/>
            <w:r>
              <w:rPr>
                <w:rFonts w:ascii="Arial" w:hAnsi="Arial"/>
                <w:b/>
                <w:color w:val="FFFFFF"/>
                <w:sz w:val="18"/>
              </w:rPr>
              <w:t>God-Appointed Means</w:t>
            </w:r>
          </w:p>
        </w:tc>
        <w:tc>
          <w:tcPr>
            <w:tcW w:type="dxa" w:w="6768"/>
            <w:shd w:fill="17365D"/>
            <w:tcMar>
              <w:top w:w="90" w:type="dxa"/>
              <w:start w:w="90" w:type="dxa"/>
              <w:bottom w:w="90" w:type="dxa"/>
              <w:end w:w="90" w:type="dxa"/>
            </w:tcMar>
            <w:vAlign w:val="center"/>
          </w:tcPr>
          <w:p>
            <w:r/>
            <w:r>
              <w:rPr>
                <w:rFonts w:ascii="Arial" w:hAnsi="Arial"/>
                <w:b/>
                <w:color w:val="FFFFFF"/>
                <w:sz w:val="18"/>
              </w:rPr>
              <w:t>How I Will Practice It</w:t>
            </w:r>
          </w:p>
        </w:tc>
      </w:tr>
      <w:tr>
        <w:tc>
          <w:tcPr>
            <w:tcW w:type="dxa" w:w="3168"/>
            <w:tcMar>
              <w:top w:w="90" w:type="dxa"/>
              <w:start w:w="90" w:type="dxa"/>
              <w:bottom w:w="90" w:type="dxa"/>
              <w:end w:w="90" w:type="dxa"/>
            </w:tcMar>
            <w:vAlign w:val="center"/>
          </w:tcPr>
          <w:p>
            <w:r/>
            <w:r>
              <w:rPr>
                <w:rFonts w:ascii="Arial" w:hAnsi="Arial"/>
                <w:b w:val="0"/>
                <w:color w:val="222222"/>
                <w:sz w:val="18"/>
              </w:rPr>
              <w:t>Gospel truth</w:t>
            </w:r>
          </w:p>
        </w:tc>
        <w:tc>
          <w:tcPr>
            <w:tcW w:type="dxa" w:w="6768"/>
            <w:tcMar>
              <w:top w:w="90" w:type="dxa"/>
              <w:start w:w="90" w:type="dxa"/>
              <w:bottom w:w="90" w:type="dxa"/>
              <w:end w:w="90" w:type="dxa"/>
            </w:tcMar>
            <w:vAlign w:val="center"/>
          </w:tcPr>
          <w:p>
            <w:r/>
            <w:r>
              <w:rPr>
                <w:rFonts w:ascii="Arial" w:hAnsi="Arial"/>
                <w:b w:val="0"/>
                <w:color w:val="222222"/>
                <w:sz w:val="18"/>
              </w:rPr>
              <w:t>____________________________________________________________</w:t>
            </w:r>
          </w:p>
        </w:tc>
      </w:tr>
      <w:tr>
        <w:tc>
          <w:tcPr>
            <w:tcW w:type="dxa" w:w="3168"/>
            <w:tcMar>
              <w:top w:w="90" w:type="dxa"/>
              <w:start w:w="90" w:type="dxa"/>
              <w:bottom w:w="90" w:type="dxa"/>
              <w:end w:w="90" w:type="dxa"/>
            </w:tcMar>
            <w:vAlign w:val="center"/>
            <w:shd w:fill="F2F2F2"/>
          </w:tcPr>
          <w:p>
            <w:r/>
            <w:r>
              <w:rPr>
                <w:rFonts w:ascii="Arial" w:hAnsi="Arial"/>
                <w:b w:val="0"/>
                <w:color w:val="222222"/>
                <w:sz w:val="18"/>
              </w:rPr>
              <w:t>Word of God</w:t>
            </w:r>
          </w:p>
        </w:tc>
        <w:tc>
          <w:tcPr>
            <w:tcW w:type="dxa" w:w="6768"/>
            <w:tcMar>
              <w:top w:w="90" w:type="dxa"/>
              <w:start w:w="90" w:type="dxa"/>
              <w:bottom w:w="90" w:type="dxa"/>
              <w:end w:w="90" w:type="dxa"/>
            </w:tcMar>
            <w:vAlign w:val="center"/>
            <w:shd w:fill="F2F2F2"/>
          </w:tcPr>
          <w:p>
            <w:r/>
            <w:r>
              <w:rPr>
                <w:rFonts w:ascii="Arial" w:hAnsi="Arial"/>
                <w:b w:val="0"/>
                <w:color w:val="222222"/>
                <w:sz w:val="18"/>
              </w:rPr>
              <w:t>____________________________________________________________</w:t>
            </w:r>
          </w:p>
        </w:tc>
      </w:tr>
      <w:tr>
        <w:tc>
          <w:tcPr>
            <w:tcW w:type="dxa" w:w="3168"/>
            <w:tcMar>
              <w:top w:w="90" w:type="dxa"/>
              <w:start w:w="90" w:type="dxa"/>
              <w:bottom w:w="90" w:type="dxa"/>
              <w:end w:w="90" w:type="dxa"/>
            </w:tcMar>
            <w:vAlign w:val="center"/>
          </w:tcPr>
          <w:p>
            <w:r/>
            <w:r>
              <w:rPr>
                <w:rFonts w:ascii="Arial" w:hAnsi="Arial"/>
                <w:b w:val="0"/>
                <w:color w:val="222222"/>
                <w:sz w:val="18"/>
              </w:rPr>
              <w:t>Prayer</w:t>
            </w:r>
          </w:p>
        </w:tc>
        <w:tc>
          <w:tcPr>
            <w:tcW w:type="dxa" w:w="6768"/>
            <w:tcMar>
              <w:top w:w="90" w:type="dxa"/>
              <w:start w:w="90" w:type="dxa"/>
              <w:bottom w:w="90" w:type="dxa"/>
              <w:end w:w="90" w:type="dxa"/>
            </w:tcMar>
            <w:vAlign w:val="center"/>
          </w:tcPr>
          <w:p>
            <w:r/>
            <w:r>
              <w:rPr>
                <w:rFonts w:ascii="Arial" w:hAnsi="Arial"/>
                <w:b w:val="0"/>
                <w:color w:val="222222"/>
                <w:sz w:val="18"/>
              </w:rPr>
              <w:t>____________________________________________________________</w:t>
            </w:r>
          </w:p>
        </w:tc>
      </w:tr>
      <w:tr>
        <w:tc>
          <w:tcPr>
            <w:tcW w:type="dxa" w:w="3168"/>
            <w:tcMar>
              <w:top w:w="90" w:type="dxa"/>
              <w:start w:w="90" w:type="dxa"/>
              <w:bottom w:w="90" w:type="dxa"/>
              <w:end w:w="90" w:type="dxa"/>
            </w:tcMar>
            <w:vAlign w:val="center"/>
            <w:shd w:fill="F2F2F2"/>
          </w:tcPr>
          <w:p>
            <w:r/>
            <w:r>
              <w:rPr>
                <w:rFonts w:ascii="Arial" w:hAnsi="Arial"/>
                <w:b w:val="0"/>
                <w:color w:val="222222"/>
                <w:sz w:val="18"/>
              </w:rPr>
              <w:t>Faith</w:t>
            </w:r>
          </w:p>
        </w:tc>
        <w:tc>
          <w:tcPr>
            <w:tcW w:type="dxa" w:w="6768"/>
            <w:tcMar>
              <w:top w:w="90" w:type="dxa"/>
              <w:start w:w="90" w:type="dxa"/>
              <w:bottom w:w="90" w:type="dxa"/>
              <w:end w:w="90" w:type="dxa"/>
            </w:tcMar>
            <w:vAlign w:val="center"/>
            <w:shd w:fill="F2F2F2"/>
          </w:tcPr>
          <w:p>
            <w:r/>
            <w:r>
              <w:rPr>
                <w:rFonts w:ascii="Arial" w:hAnsi="Arial"/>
                <w:b w:val="0"/>
                <w:color w:val="222222"/>
                <w:sz w:val="18"/>
              </w:rPr>
              <w:t>____________________________________________________________</w:t>
            </w:r>
          </w:p>
        </w:tc>
      </w:tr>
      <w:tr>
        <w:tc>
          <w:tcPr>
            <w:tcW w:type="dxa" w:w="3168"/>
            <w:tcMar>
              <w:top w:w="90" w:type="dxa"/>
              <w:start w:w="90" w:type="dxa"/>
              <w:bottom w:w="90" w:type="dxa"/>
              <w:end w:w="90" w:type="dxa"/>
            </w:tcMar>
            <w:vAlign w:val="center"/>
          </w:tcPr>
          <w:p>
            <w:r/>
            <w:r>
              <w:rPr>
                <w:rFonts w:ascii="Arial" w:hAnsi="Arial"/>
                <w:b w:val="0"/>
                <w:color w:val="222222"/>
                <w:sz w:val="18"/>
              </w:rPr>
              <w:t>Repentance and confession</w:t>
            </w:r>
          </w:p>
        </w:tc>
        <w:tc>
          <w:tcPr>
            <w:tcW w:type="dxa" w:w="6768"/>
            <w:tcMar>
              <w:top w:w="90" w:type="dxa"/>
              <w:start w:w="90" w:type="dxa"/>
              <w:bottom w:w="90" w:type="dxa"/>
              <w:end w:w="90" w:type="dxa"/>
            </w:tcMar>
            <w:vAlign w:val="center"/>
          </w:tcPr>
          <w:p>
            <w:r/>
            <w:r>
              <w:rPr>
                <w:rFonts w:ascii="Arial" w:hAnsi="Arial"/>
                <w:b w:val="0"/>
                <w:color w:val="222222"/>
                <w:sz w:val="18"/>
              </w:rPr>
              <w:t>____________________________________________________________</w:t>
            </w:r>
          </w:p>
        </w:tc>
      </w:tr>
      <w:tr>
        <w:tc>
          <w:tcPr>
            <w:tcW w:type="dxa" w:w="3168"/>
            <w:tcMar>
              <w:top w:w="90" w:type="dxa"/>
              <w:start w:w="90" w:type="dxa"/>
              <w:bottom w:w="90" w:type="dxa"/>
              <w:end w:w="90" w:type="dxa"/>
            </w:tcMar>
            <w:vAlign w:val="center"/>
            <w:shd w:fill="F2F2F2"/>
          </w:tcPr>
          <w:p>
            <w:r/>
            <w:r>
              <w:rPr>
                <w:rFonts w:ascii="Arial" w:hAnsi="Arial"/>
                <w:b w:val="0"/>
                <w:color w:val="222222"/>
                <w:sz w:val="18"/>
              </w:rPr>
              <w:t>Obedience</w:t>
            </w:r>
          </w:p>
        </w:tc>
        <w:tc>
          <w:tcPr>
            <w:tcW w:type="dxa" w:w="6768"/>
            <w:tcMar>
              <w:top w:w="90" w:type="dxa"/>
              <w:start w:w="90" w:type="dxa"/>
              <w:bottom w:w="90" w:type="dxa"/>
              <w:end w:w="90" w:type="dxa"/>
            </w:tcMar>
            <w:vAlign w:val="center"/>
            <w:shd w:fill="F2F2F2"/>
          </w:tcPr>
          <w:p>
            <w:r/>
            <w:r>
              <w:rPr>
                <w:rFonts w:ascii="Arial" w:hAnsi="Arial"/>
                <w:b w:val="0"/>
                <w:color w:val="222222"/>
                <w:sz w:val="18"/>
              </w:rPr>
              <w:t>____________________________________________________________</w:t>
            </w:r>
          </w:p>
        </w:tc>
      </w:tr>
      <w:tr>
        <w:tc>
          <w:tcPr>
            <w:tcW w:type="dxa" w:w="3168"/>
            <w:tcMar>
              <w:top w:w="90" w:type="dxa"/>
              <w:start w:w="90" w:type="dxa"/>
              <w:bottom w:w="90" w:type="dxa"/>
              <w:end w:w="90" w:type="dxa"/>
            </w:tcMar>
            <w:vAlign w:val="center"/>
          </w:tcPr>
          <w:p>
            <w:r/>
            <w:r>
              <w:rPr>
                <w:rFonts w:ascii="Arial" w:hAnsi="Arial"/>
                <w:b w:val="0"/>
                <w:color w:val="222222"/>
                <w:sz w:val="18"/>
              </w:rPr>
              <w:t>Church community</w:t>
            </w:r>
          </w:p>
        </w:tc>
        <w:tc>
          <w:tcPr>
            <w:tcW w:type="dxa" w:w="6768"/>
            <w:tcMar>
              <w:top w:w="90" w:type="dxa"/>
              <w:start w:w="90" w:type="dxa"/>
              <w:bottom w:w="90" w:type="dxa"/>
              <w:end w:w="90" w:type="dxa"/>
            </w:tcMar>
            <w:vAlign w:val="center"/>
          </w:tcPr>
          <w:p>
            <w:r/>
            <w:r>
              <w:rPr>
                <w:rFonts w:ascii="Arial" w:hAnsi="Arial"/>
                <w:b w:val="0"/>
                <w:color w:val="222222"/>
                <w:sz w:val="18"/>
              </w:rPr>
              <w:t>____________________________________________________________</w:t>
            </w:r>
          </w:p>
        </w:tc>
      </w:tr>
      <w:tr>
        <w:tc>
          <w:tcPr>
            <w:tcW w:type="dxa" w:w="3168"/>
            <w:tcMar>
              <w:top w:w="90" w:type="dxa"/>
              <w:start w:w="90" w:type="dxa"/>
              <w:bottom w:w="90" w:type="dxa"/>
              <w:end w:w="90" w:type="dxa"/>
            </w:tcMar>
            <w:vAlign w:val="center"/>
            <w:shd w:fill="F2F2F2"/>
          </w:tcPr>
          <w:p>
            <w:r/>
            <w:r>
              <w:rPr>
                <w:rFonts w:ascii="Arial" w:hAnsi="Arial"/>
                <w:b w:val="0"/>
                <w:color w:val="222222"/>
                <w:sz w:val="18"/>
              </w:rPr>
              <w:t>Praise and thanksgiving</w:t>
            </w:r>
          </w:p>
        </w:tc>
        <w:tc>
          <w:tcPr>
            <w:tcW w:type="dxa" w:w="6768"/>
            <w:tcMar>
              <w:top w:w="90" w:type="dxa"/>
              <w:start w:w="90" w:type="dxa"/>
              <w:bottom w:w="90" w:type="dxa"/>
              <w:end w:w="90" w:type="dxa"/>
            </w:tcMar>
            <w:vAlign w:val="center"/>
            <w:shd w:fill="F2F2F2"/>
          </w:tcPr>
          <w:p>
            <w:r/>
            <w:r>
              <w:rPr>
                <w:rFonts w:ascii="Arial" w:hAnsi="Arial"/>
                <w:b w:val="0"/>
                <w:color w:val="222222"/>
                <w:sz w:val="18"/>
              </w:rPr>
              <w:t>____________________________________________________________</w:t>
            </w:r>
          </w:p>
        </w:tc>
      </w:tr>
      <w:tr>
        <w:tc>
          <w:tcPr>
            <w:tcW w:type="dxa" w:w="3168"/>
            <w:tcMar>
              <w:top w:w="90" w:type="dxa"/>
              <w:start w:w="90" w:type="dxa"/>
              <w:bottom w:w="90" w:type="dxa"/>
              <w:end w:w="90" w:type="dxa"/>
            </w:tcMar>
            <w:vAlign w:val="center"/>
          </w:tcPr>
          <w:p>
            <w:r/>
            <w:r>
              <w:rPr>
                <w:rFonts w:ascii="Arial" w:hAnsi="Arial"/>
                <w:b w:val="0"/>
                <w:color w:val="222222"/>
                <w:sz w:val="18"/>
              </w:rPr>
              <w:t>Wise boundaries and appropriate care</w:t>
            </w:r>
          </w:p>
        </w:tc>
        <w:tc>
          <w:tcPr>
            <w:tcW w:type="dxa" w:w="6768"/>
            <w:tcMar>
              <w:top w:w="90" w:type="dxa"/>
              <w:start w:w="90" w:type="dxa"/>
              <w:bottom w:w="90" w:type="dxa"/>
              <w:end w:w="90" w:type="dxa"/>
            </w:tcMar>
            <w:vAlign w:val="center"/>
          </w:tcPr>
          <w:p>
            <w:r/>
            <w:r>
              <w:rPr>
                <w:rFonts w:ascii="Arial" w:hAnsi="Arial"/>
                <w:b w:val="0"/>
                <w:color w:val="222222"/>
                <w:sz w:val="18"/>
              </w:rPr>
              <w:t>____________________________________________________________</w:t>
            </w:r>
          </w:p>
        </w:tc>
      </w:tr>
    </w:tbl>
    <w:p/>
    <w:p>
      <w:pPr>
        <w:pStyle w:val="Heading2"/>
      </w:pPr>
      <w:r>
        <w:t>3. The R.E.N.E.W. Process</w:t>
      </w:r>
    </w:p>
    <w:p>
      <w:r>
        <w:t>Fill in the blanks:</w:t>
      </w:r>
    </w:p>
    <w:tbl>
      <w:tblPr>
        <w:tblStyle w:val="TableGrid"/>
        <w:tblW w:type="auto" w:w="0"/>
        <w:jc w:val="center"/>
        <w:tblLook w:firstColumn="1" w:firstRow="1" w:lastColumn="0" w:lastRow="0" w:noHBand="0" w:noVBand="1" w:val="04A0"/>
      </w:tblPr>
      <w:tblGrid>
        <w:gridCol w:w="5083"/>
        <w:gridCol w:w="5083"/>
      </w:tblGrid>
      <w:tr>
        <w:trPr>
          <w:tblHeader w:val="true"/>
        </w:trPr>
        <w:tc>
          <w:tcPr>
            <w:tcW w:type="dxa" w:w="1152"/>
            <w:shd w:fill="17365D"/>
            <w:tcMar>
              <w:top w:w="90" w:type="dxa"/>
              <w:start w:w="90" w:type="dxa"/>
              <w:bottom w:w="90" w:type="dxa"/>
              <w:end w:w="90" w:type="dxa"/>
            </w:tcMar>
            <w:vAlign w:val="center"/>
          </w:tcPr>
          <w:p>
            <w:r/>
            <w:r>
              <w:rPr>
                <w:rFonts w:ascii="Arial" w:hAnsi="Arial"/>
                <w:b/>
                <w:color w:val="FFFFFF"/>
                <w:sz w:val="18"/>
              </w:rPr>
              <w:t>Letter</w:t>
            </w:r>
          </w:p>
        </w:tc>
        <w:tc>
          <w:tcPr>
            <w:tcW w:type="dxa" w:w="8784"/>
            <w:shd w:fill="17365D"/>
            <w:tcMar>
              <w:top w:w="90" w:type="dxa"/>
              <w:start w:w="90" w:type="dxa"/>
              <w:bottom w:w="90" w:type="dxa"/>
              <w:end w:w="90" w:type="dxa"/>
            </w:tcMar>
            <w:vAlign w:val="center"/>
          </w:tcPr>
          <w:p>
            <w:r/>
            <w:r>
              <w:rPr>
                <w:rFonts w:ascii="Arial" w:hAnsi="Arial"/>
                <w:b/>
                <w:color w:val="FFFFFF"/>
                <w:sz w:val="18"/>
              </w:rPr>
              <w:t>Step</w:t>
            </w:r>
          </w:p>
        </w:tc>
      </w:tr>
      <w:tr>
        <w:tc>
          <w:tcPr>
            <w:tcW w:type="dxa" w:w="1152"/>
            <w:tcMar>
              <w:top w:w="90" w:type="dxa"/>
              <w:start w:w="90" w:type="dxa"/>
              <w:bottom w:w="90" w:type="dxa"/>
              <w:end w:w="90" w:type="dxa"/>
            </w:tcMar>
            <w:vAlign w:val="center"/>
          </w:tcPr>
          <w:p>
            <w:r/>
            <w:r>
              <w:rPr>
                <w:rFonts w:ascii="Arial" w:hAnsi="Arial"/>
                <w:b w:val="0"/>
                <w:color w:val="222222"/>
                <w:sz w:val="18"/>
              </w:rPr>
              <w:t>R</w:t>
            </w:r>
          </w:p>
        </w:tc>
        <w:tc>
          <w:tcPr>
            <w:tcW w:type="dxa" w:w="8784"/>
            <w:tcMar>
              <w:top w:w="90" w:type="dxa"/>
              <w:start w:w="90" w:type="dxa"/>
              <w:bottom w:w="90" w:type="dxa"/>
              <w:end w:w="90" w:type="dxa"/>
            </w:tcMar>
            <w:vAlign w:val="center"/>
          </w:tcPr>
          <w:p>
            <w:r/>
            <w:r>
              <w:rPr>
                <w:rFonts w:ascii="Arial" w:hAnsi="Arial"/>
                <w:b w:val="0"/>
                <w:color w:val="222222"/>
                <w:sz w:val="18"/>
              </w:rPr>
              <w:t>________________________ the fortified claim.</w:t>
            </w:r>
          </w:p>
        </w:tc>
      </w:tr>
      <w:tr>
        <w:tc>
          <w:tcPr>
            <w:tcW w:type="dxa" w:w="1152"/>
            <w:tcMar>
              <w:top w:w="90" w:type="dxa"/>
              <w:start w:w="90" w:type="dxa"/>
              <w:bottom w:w="90" w:type="dxa"/>
              <w:end w:w="90" w:type="dxa"/>
            </w:tcMar>
            <w:vAlign w:val="center"/>
            <w:shd w:fill="F2F2F2"/>
          </w:tcPr>
          <w:p>
            <w:r/>
            <w:r>
              <w:rPr>
                <w:rFonts w:ascii="Arial" w:hAnsi="Arial"/>
                <w:b w:val="0"/>
                <w:color w:val="222222"/>
                <w:sz w:val="18"/>
              </w:rPr>
              <w:t>E</w:t>
            </w:r>
          </w:p>
        </w:tc>
        <w:tc>
          <w:tcPr>
            <w:tcW w:type="dxa" w:w="8784"/>
            <w:tcMar>
              <w:top w:w="90" w:type="dxa"/>
              <w:start w:w="90" w:type="dxa"/>
              <w:bottom w:w="90" w:type="dxa"/>
              <w:end w:w="90" w:type="dxa"/>
            </w:tcMar>
            <w:vAlign w:val="center"/>
            <w:shd w:fill="F2F2F2"/>
          </w:tcPr>
          <w:p>
            <w:r/>
            <w:r>
              <w:rPr>
                <w:rFonts w:ascii="Arial" w:hAnsi="Arial"/>
                <w:b w:val="0"/>
                <w:color w:val="222222"/>
                <w:sz w:val="18"/>
              </w:rPr>
              <w:t>________________________ it to God’s truth.</w:t>
            </w:r>
          </w:p>
        </w:tc>
      </w:tr>
      <w:tr>
        <w:tc>
          <w:tcPr>
            <w:tcW w:type="dxa" w:w="1152"/>
            <w:tcMar>
              <w:top w:w="90" w:type="dxa"/>
              <w:start w:w="90" w:type="dxa"/>
              <w:bottom w:w="90" w:type="dxa"/>
              <w:end w:w="90" w:type="dxa"/>
            </w:tcMar>
            <w:vAlign w:val="center"/>
          </w:tcPr>
          <w:p>
            <w:r/>
            <w:r>
              <w:rPr>
                <w:rFonts w:ascii="Arial" w:hAnsi="Arial"/>
                <w:b w:val="0"/>
                <w:color w:val="222222"/>
                <w:sz w:val="18"/>
              </w:rPr>
              <w:t>N</w:t>
            </w:r>
          </w:p>
        </w:tc>
        <w:tc>
          <w:tcPr>
            <w:tcW w:type="dxa" w:w="8784"/>
            <w:tcMar>
              <w:top w:w="90" w:type="dxa"/>
              <w:start w:w="90" w:type="dxa"/>
              <w:bottom w:w="90" w:type="dxa"/>
              <w:end w:w="90" w:type="dxa"/>
            </w:tcMar>
            <w:vAlign w:val="center"/>
          </w:tcPr>
          <w:p>
            <w:r/>
            <w:r>
              <w:rPr>
                <w:rFonts w:ascii="Arial" w:hAnsi="Arial"/>
                <w:b w:val="0"/>
                <w:color w:val="222222"/>
                <w:sz w:val="18"/>
              </w:rPr>
              <w:t>________________________ agreement through repentance and renunciation.</w:t>
            </w:r>
          </w:p>
        </w:tc>
      </w:tr>
      <w:tr>
        <w:tc>
          <w:tcPr>
            <w:tcW w:type="dxa" w:w="1152"/>
            <w:tcMar>
              <w:top w:w="90" w:type="dxa"/>
              <w:start w:w="90" w:type="dxa"/>
              <w:bottom w:w="90" w:type="dxa"/>
              <w:end w:w="90" w:type="dxa"/>
            </w:tcMar>
            <w:vAlign w:val="center"/>
            <w:shd w:fill="F2F2F2"/>
          </w:tcPr>
          <w:p>
            <w:r/>
            <w:r>
              <w:rPr>
                <w:rFonts w:ascii="Arial" w:hAnsi="Arial"/>
                <w:b w:val="0"/>
                <w:color w:val="222222"/>
                <w:sz w:val="18"/>
              </w:rPr>
              <w:t>E</w:t>
            </w:r>
          </w:p>
        </w:tc>
        <w:tc>
          <w:tcPr>
            <w:tcW w:type="dxa" w:w="8784"/>
            <w:tcMar>
              <w:top w:w="90" w:type="dxa"/>
              <w:start w:w="90" w:type="dxa"/>
              <w:bottom w:w="90" w:type="dxa"/>
              <w:end w:w="90" w:type="dxa"/>
            </w:tcMar>
            <w:vAlign w:val="center"/>
            <w:shd w:fill="F2F2F2"/>
          </w:tcPr>
          <w:p>
            <w:r/>
            <w:r>
              <w:rPr>
                <w:rFonts w:ascii="Arial" w:hAnsi="Arial"/>
                <w:b w:val="0"/>
                <w:color w:val="222222"/>
                <w:sz w:val="18"/>
              </w:rPr>
              <w:t>________________________ a new obedient pattern.</w:t>
            </w:r>
          </w:p>
        </w:tc>
      </w:tr>
      <w:tr>
        <w:tc>
          <w:tcPr>
            <w:tcW w:type="dxa" w:w="1152"/>
            <w:tcMar>
              <w:top w:w="90" w:type="dxa"/>
              <w:start w:w="90" w:type="dxa"/>
              <w:bottom w:w="90" w:type="dxa"/>
              <w:end w:w="90" w:type="dxa"/>
            </w:tcMar>
            <w:vAlign w:val="center"/>
          </w:tcPr>
          <w:p>
            <w:r/>
            <w:r>
              <w:rPr>
                <w:rFonts w:ascii="Arial" w:hAnsi="Arial"/>
                <w:b w:val="0"/>
                <w:color w:val="222222"/>
                <w:sz w:val="18"/>
              </w:rPr>
              <w:t>W</w:t>
            </w:r>
          </w:p>
        </w:tc>
        <w:tc>
          <w:tcPr>
            <w:tcW w:type="dxa" w:w="8784"/>
            <w:tcMar>
              <w:top w:w="90" w:type="dxa"/>
              <w:start w:w="90" w:type="dxa"/>
              <w:bottom w:w="90" w:type="dxa"/>
              <w:end w:w="90" w:type="dxa"/>
            </w:tcMar>
            <w:vAlign w:val="center"/>
          </w:tcPr>
          <w:p>
            <w:r/>
            <w:r>
              <w:rPr>
                <w:rFonts w:ascii="Arial" w:hAnsi="Arial"/>
                <w:b w:val="0"/>
                <w:color w:val="222222"/>
                <w:sz w:val="18"/>
              </w:rPr>
              <w:t>________________________ it out with the Spirit and the body of Christ.</w:t>
            </w:r>
          </w:p>
        </w:tc>
      </w:tr>
    </w:tbl>
    <w:p/>
    <w:p>
      <w:pPr>
        <w:pStyle w:val="Heading2"/>
      </w:pPr>
      <w:r>
        <w:t>4. My Personal R.E.N.E.W. Plan</w:t>
      </w:r>
    </w:p>
    <w:tbl>
      <w:tblPr>
        <w:tblStyle w:val="TableGrid"/>
        <w:tblW w:type="auto" w:w="0"/>
        <w:jc w:val="center"/>
        <w:tblLook w:firstColumn="1" w:firstRow="1" w:lastColumn="0" w:lastRow="0" w:noHBand="0" w:noVBand="1" w:val="04A0"/>
      </w:tblPr>
      <w:tblGrid>
        <w:gridCol w:w="5083"/>
        <w:gridCol w:w="5083"/>
      </w:tblGrid>
      <w:tr>
        <w:trPr>
          <w:tblHeader w:val="true"/>
        </w:trPr>
        <w:tc>
          <w:tcPr>
            <w:tcW w:type="dxa" w:w="3384"/>
            <w:shd w:fill="17365D"/>
            <w:tcMar>
              <w:top w:w="90" w:type="dxa"/>
              <w:start w:w="90" w:type="dxa"/>
              <w:bottom w:w="90" w:type="dxa"/>
              <w:end w:w="90" w:type="dxa"/>
            </w:tcMar>
            <w:vAlign w:val="center"/>
          </w:tcPr>
          <w:p>
            <w:r/>
            <w:r>
              <w:rPr>
                <w:rFonts w:ascii="Arial" w:hAnsi="Arial"/>
                <w:b/>
                <w:color w:val="FFFFFF"/>
                <w:sz w:val="18"/>
              </w:rPr>
              <w:t>Step</w:t>
            </w:r>
          </w:p>
        </w:tc>
        <w:tc>
          <w:tcPr>
            <w:tcW w:type="dxa" w:w="6552"/>
            <w:shd w:fill="17365D"/>
            <w:tcMar>
              <w:top w:w="90" w:type="dxa"/>
              <w:start w:w="90" w:type="dxa"/>
              <w:bottom w:w="90" w:type="dxa"/>
              <w:end w:w="90" w:type="dxa"/>
            </w:tcMar>
            <w:vAlign w:val="center"/>
          </w:tcPr>
          <w:p>
            <w:r/>
            <w:r>
              <w:rPr>
                <w:rFonts w:ascii="Arial" w:hAnsi="Arial"/>
                <w:b/>
                <w:color w:val="FFFFFF"/>
                <w:sz w:val="18"/>
              </w:rPr>
              <w:t>My Written Plan</w:t>
            </w:r>
          </w:p>
        </w:tc>
      </w:tr>
      <w:tr>
        <w:tc>
          <w:tcPr>
            <w:tcW w:type="dxa" w:w="3384"/>
            <w:tcMar>
              <w:top w:w="90" w:type="dxa"/>
              <w:start w:w="90" w:type="dxa"/>
              <w:bottom w:w="90" w:type="dxa"/>
              <w:end w:w="90" w:type="dxa"/>
            </w:tcMar>
            <w:vAlign w:val="center"/>
          </w:tcPr>
          <w:p>
            <w:r/>
            <w:r>
              <w:rPr>
                <w:rFonts w:ascii="Arial" w:hAnsi="Arial"/>
                <w:b w:val="0"/>
                <w:color w:val="222222"/>
                <w:sz w:val="17"/>
              </w:rPr>
              <w:t>R — Exact claim, trigger, emotion, and fruit</w:t>
            </w:r>
          </w:p>
        </w:tc>
        <w:tc>
          <w:tcPr>
            <w:tcW w:type="dxa" w:w="6552"/>
            <w:tcMar>
              <w:top w:w="90" w:type="dxa"/>
              <w:start w:w="90" w:type="dxa"/>
              <w:bottom w:w="90" w:type="dxa"/>
              <w:end w:w="90" w:type="dxa"/>
            </w:tcMar>
            <w:vAlign w:val="center"/>
          </w:tcPr>
          <w:p>
            <w:r/>
            <w:r>
              <w:rPr>
                <w:rFonts w:ascii="Arial" w:hAnsi="Arial"/>
                <w:b w:val="0"/>
                <w:color w:val="222222"/>
                <w:sz w:val="17"/>
              </w:rPr>
              <w:br/>
              <w:br/>
              <w:br/>
            </w:r>
          </w:p>
        </w:tc>
      </w:tr>
      <w:tr>
        <w:tc>
          <w:tcPr>
            <w:tcW w:type="dxa" w:w="3384"/>
            <w:tcMar>
              <w:top w:w="90" w:type="dxa"/>
              <w:start w:w="90" w:type="dxa"/>
              <w:bottom w:w="90" w:type="dxa"/>
              <w:end w:w="90" w:type="dxa"/>
            </w:tcMar>
            <w:vAlign w:val="center"/>
            <w:shd w:fill="F2F2F2"/>
          </w:tcPr>
          <w:p>
            <w:r/>
            <w:r>
              <w:rPr>
                <w:rFonts w:ascii="Arial" w:hAnsi="Arial"/>
                <w:b w:val="0"/>
                <w:color w:val="222222"/>
                <w:sz w:val="17"/>
              </w:rPr>
              <w:t>E — Scripture in context and truth about God</w:t>
            </w:r>
          </w:p>
        </w:tc>
        <w:tc>
          <w:tcPr>
            <w:tcW w:type="dxa" w:w="6552"/>
            <w:tcMar>
              <w:top w:w="90" w:type="dxa"/>
              <w:start w:w="90" w:type="dxa"/>
              <w:bottom w:w="90" w:type="dxa"/>
              <w:end w:w="90" w:type="dxa"/>
            </w:tcMar>
            <w:vAlign w:val="center"/>
            <w:shd w:fill="F2F2F2"/>
          </w:tcPr>
          <w:p>
            <w:r/>
            <w:r>
              <w:rPr>
                <w:rFonts w:ascii="Arial" w:hAnsi="Arial"/>
                <w:b w:val="0"/>
                <w:color w:val="222222"/>
                <w:sz w:val="17"/>
              </w:rPr>
              <w:br/>
              <w:br/>
              <w:br/>
            </w:r>
          </w:p>
        </w:tc>
      </w:tr>
      <w:tr>
        <w:tc>
          <w:tcPr>
            <w:tcW w:type="dxa" w:w="3384"/>
            <w:tcMar>
              <w:top w:w="90" w:type="dxa"/>
              <w:start w:w="90" w:type="dxa"/>
              <w:bottom w:w="90" w:type="dxa"/>
              <w:end w:w="90" w:type="dxa"/>
            </w:tcMar>
            <w:vAlign w:val="center"/>
          </w:tcPr>
          <w:p>
            <w:r/>
            <w:r>
              <w:rPr>
                <w:rFonts w:ascii="Arial" w:hAnsi="Arial"/>
                <w:b w:val="0"/>
                <w:color w:val="222222"/>
                <w:sz w:val="17"/>
              </w:rPr>
              <w:t>N — Lie, sinful agreement, or false refuge I reject</w:t>
            </w:r>
          </w:p>
        </w:tc>
        <w:tc>
          <w:tcPr>
            <w:tcW w:type="dxa" w:w="6552"/>
            <w:tcMar>
              <w:top w:w="90" w:type="dxa"/>
              <w:start w:w="90" w:type="dxa"/>
              <w:bottom w:w="90" w:type="dxa"/>
              <w:end w:w="90" w:type="dxa"/>
            </w:tcMar>
            <w:vAlign w:val="center"/>
          </w:tcPr>
          <w:p>
            <w:r/>
            <w:r>
              <w:rPr>
                <w:rFonts w:ascii="Arial" w:hAnsi="Arial"/>
                <w:b w:val="0"/>
                <w:color w:val="222222"/>
                <w:sz w:val="17"/>
              </w:rPr>
              <w:br/>
              <w:br/>
              <w:br/>
            </w:r>
          </w:p>
        </w:tc>
      </w:tr>
      <w:tr>
        <w:tc>
          <w:tcPr>
            <w:tcW w:type="dxa" w:w="3384"/>
            <w:tcMar>
              <w:top w:w="90" w:type="dxa"/>
              <w:start w:w="90" w:type="dxa"/>
              <w:bottom w:w="90" w:type="dxa"/>
              <w:end w:w="90" w:type="dxa"/>
            </w:tcMar>
            <w:vAlign w:val="center"/>
            <w:shd w:fill="F2F2F2"/>
          </w:tcPr>
          <w:p>
            <w:r/>
            <w:r>
              <w:rPr>
                <w:rFonts w:ascii="Arial" w:hAnsi="Arial"/>
                <w:b w:val="0"/>
                <w:color w:val="222222"/>
                <w:sz w:val="17"/>
              </w:rPr>
              <w:t>E — Truth statement and specific obedient action</w:t>
            </w:r>
          </w:p>
        </w:tc>
        <w:tc>
          <w:tcPr>
            <w:tcW w:type="dxa" w:w="6552"/>
            <w:tcMar>
              <w:top w:w="90" w:type="dxa"/>
              <w:start w:w="90" w:type="dxa"/>
              <w:bottom w:w="90" w:type="dxa"/>
              <w:end w:w="90" w:type="dxa"/>
            </w:tcMar>
            <w:vAlign w:val="center"/>
            <w:shd w:fill="F2F2F2"/>
          </w:tcPr>
          <w:p>
            <w:r/>
            <w:r>
              <w:rPr>
                <w:rFonts w:ascii="Arial" w:hAnsi="Arial"/>
                <w:b w:val="0"/>
                <w:color w:val="222222"/>
                <w:sz w:val="17"/>
              </w:rPr>
              <w:br/>
              <w:br/>
              <w:br/>
            </w:r>
          </w:p>
        </w:tc>
      </w:tr>
      <w:tr>
        <w:tc>
          <w:tcPr>
            <w:tcW w:type="dxa" w:w="3384"/>
            <w:tcMar>
              <w:top w:w="90" w:type="dxa"/>
              <w:start w:w="90" w:type="dxa"/>
              <w:bottom w:w="90" w:type="dxa"/>
              <w:end w:w="90" w:type="dxa"/>
            </w:tcMar>
            <w:vAlign w:val="center"/>
          </w:tcPr>
          <w:p>
            <w:r/>
            <w:r>
              <w:rPr>
                <w:rFonts w:ascii="Arial" w:hAnsi="Arial"/>
                <w:b w:val="0"/>
                <w:color w:val="222222"/>
                <w:sz w:val="17"/>
              </w:rPr>
              <w:t>W — People, boundaries, care, and daily practices</w:t>
            </w:r>
          </w:p>
        </w:tc>
        <w:tc>
          <w:tcPr>
            <w:tcW w:type="dxa" w:w="6552"/>
            <w:tcMar>
              <w:top w:w="90" w:type="dxa"/>
              <w:start w:w="90" w:type="dxa"/>
              <w:bottom w:w="90" w:type="dxa"/>
              <w:end w:w="90" w:type="dxa"/>
            </w:tcMar>
            <w:vAlign w:val="center"/>
          </w:tcPr>
          <w:p>
            <w:r/>
            <w:r>
              <w:rPr>
                <w:rFonts w:ascii="Arial" w:hAnsi="Arial"/>
                <w:b w:val="0"/>
                <w:color w:val="222222"/>
                <w:sz w:val="17"/>
              </w:rPr>
              <w:br/>
              <w:br/>
              <w:br/>
            </w:r>
          </w:p>
        </w:tc>
      </w:tr>
    </w:tbl>
    <w:p/>
    <w:p>
      <w:pPr>
        <w:pStyle w:val="Heading2"/>
      </w:pPr>
      <w:r>
        <w:t>5. Truth Declaration Builder</w:t>
      </w:r>
    </w:p>
    <w:p>
      <w:r>
        <w:t>Use this pattern: “Although __________________ is real, it does not have the authority to define __________________. God has revealed __________________. Because I belong to Christ, I will __________________ by the help of the Holy Spirit.”</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pStyle w:val="Heading2"/>
      </w:pPr>
      <w:r>
        <w:t>6. My 24–48 Hour Act of Obedience</w:t>
      </w:r>
    </w:p>
    <w:p>
      <w:pPr>
        <w:spacing w:after="60"/>
      </w:pPr>
      <w:r>
        <w:rPr>
          <w:b/>
        </w:rPr>
        <w:t xml:space="preserve">☐ </w:t>
      </w:r>
      <w:r>
        <w:t>Confess a specific sin to God and a safe mature believer.</w:t>
      </w:r>
    </w:p>
    <w:p>
      <w:pPr>
        <w:spacing w:after="60"/>
      </w:pPr>
      <w:r>
        <w:rPr>
          <w:b/>
        </w:rPr>
        <w:t xml:space="preserve">☐ </w:t>
      </w:r>
      <w:r>
        <w:t>Make an apology or restitution without demanding immediate trust.</w:t>
      </w:r>
    </w:p>
    <w:p>
      <w:pPr>
        <w:spacing w:after="60"/>
      </w:pPr>
      <w:r>
        <w:rPr>
          <w:b/>
        </w:rPr>
        <w:t xml:space="preserve">☐ </w:t>
      </w:r>
      <w:r>
        <w:t>Remove access to something reinforcing the pattern.</w:t>
      </w:r>
    </w:p>
    <w:p>
      <w:pPr>
        <w:spacing w:after="60"/>
      </w:pPr>
      <w:r>
        <w:rPr>
          <w:b/>
        </w:rPr>
        <w:t xml:space="preserve">☐ </w:t>
      </w:r>
      <w:r>
        <w:t>Schedule pastoral, medical, counseling, legal, or recovery support.</w:t>
      </w:r>
    </w:p>
    <w:p>
      <w:pPr>
        <w:spacing w:after="60"/>
      </w:pPr>
      <w:r>
        <w:rPr>
          <w:b/>
        </w:rPr>
        <w:t xml:space="preserve">☐ </w:t>
      </w:r>
      <w:r>
        <w:t>Set a wise boundary.</w:t>
      </w:r>
    </w:p>
    <w:p>
      <w:pPr>
        <w:spacing w:after="60"/>
      </w:pPr>
      <w:r>
        <w:rPr>
          <w:b/>
        </w:rPr>
        <w:t xml:space="preserve">☐ </w:t>
      </w:r>
      <w:r>
        <w:t>Memorize and meditate on a passage in context.</w:t>
      </w:r>
    </w:p>
    <w:p>
      <w:pPr>
        <w:spacing w:after="60"/>
      </w:pPr>
      <w:r>
        <w:rPr>
          <w:b/>
        </w:rPr>
        <w:t xml:space="preserve">☐ </w:t>
      </w:r>
      <w:r>
        <w:t>Choose another action: ________________________________________________</w:t>
      </w:r>
    </w:p>
    <w:p>
      <w:r>
        <w:rPr>
          <w:b/>
        </w:rPr>
        <w:t>The exact action, person, and deadline:</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pStyle w:val="Heading2"/>
      </w:pPr>
      <w:r>
        <w:t>7. Guarding the Gates Plan</w:t>
      </w:r>
    </w:p>
    <w:tbl>
      <w:tblPr>
        <w:tblStyle w:val="TableGrid"/>
        <w:tblW w:type="auto" w:w="0"/>
        <w:jc w:val="center"/>
        <w:tblLook w:firstColumn="1" w:firstRow="1" w:lastColumn="0" w:lastRow="0" w:noHBand="0" w:noVBand="1" w:val="04A0"/>
      </w:tblPr>
      <w:tblGrid>
        <w:gridCol w:w="3389"/>
        <w:gridCol w:w="3389"/>
        <w:gridCol w:w="3389"/>
      </w:tblGrid>
      <w:tr>
        <w:trPr>
          <w:tblHeader w:val="true"/>
        </w:trPr>
        <w:tc>
          <w:tcPr>
            <w:tcW w:type="dxa" w:w="3312"/>
            <w:shd w:fill="17365D"/>
            <w:tcMar>
              <w:top w:w="90" w:type="dxa"/>
              <w:start w:w="90" w:type="dxa"/>
              <w:bottom w:w="90" w:type="dxa"/>
              <w:end w:w="90" w:type="dxa"/>
            </w:tcMar>
            <w:vAlign w:val="center"/>
          </w:tcPr>
          <w:p>
            <w:r/>
            <w:r>
              <w:rPr>
                <w:rFonts w:ascii="Arial" w:hAnsi="Arial"/>
                <w:b/>
                <w:color w:val="FFFFFF"/>
                <w:sz w:val="18"/>
              </w:rPr>
              <w:t>Daily</w:t>
            </w:r>
          </w:p>
        </w:tc>
        <w:tc>
          <w:tcPr>
            <w:tcW w:type="dxa" w:w="3312"/>
            <w:shd w:fill="17365D"/>
            <w:tcMar>
              <w:top w:w="90" w:type="dxa"/>
              <w:start w:w="90" w:type="dxa"/>
              <w:bottom w:w="90" w:type="dxa"/>
              <w:end w:w="90" w:type="dxa"/>
            </w:tcMar>
            <w:vAlign w:val="center"/>
          </w:tcPr>
          <w:p>
            <w:r/>
            <w:r>
              <w:rPr>
                <w:rFonts w:ascii="Arial" w:hAnsi="Arial"/>
                <w:b/>
                <w:color w:val="FFFFFF"/>
                <w:sz w:val="18"/>
              </w:rPr>
              <w:t>Weekly</w:t>
            </w:r>
          </w:p>
        </w:tc>
        <w:tc>
          <w:tcPr>
            <w:tcW w:type="dxa" w:w="3312"/>
            <w:shd w:fill="17365D"/>
            <w:tcMar>
              <w:top w:w="90" w:type="dxa"/>
              <w:start w:w="90" w:type="dxa"/>
              <w:bottom w:w="90" w:type="dxa"/>
              <w:end w:w="90" w:type="dxa"/>
            </w:tcMar>
            <w:vAlign w:val="center"/>
          </w:tcPr>
          <w:p>
            <w:r/>
            <w:r>
              <w:rPr>
                <w:rFonts w:ascii="Arial" w:hAnsi="Arial"/>
                <w:b/>
                <w:color w:val="FFFFFF"/>
                <w:sz w:val="18"/>
              </w:rPr>
              <w:t>When Tempted</w:t>
            </w:r>
          </w:p>
        </w:tc>
      </w:tr>
      <w:tr>
        <w:tc>
          <w:tcPr>
            <w:tcW w:type="dxa" w:w="3312"/>
            <w:tcMar>
              <w:top w:w="90" w:type="dxa"/>
              <w:start w:w="90" w:type="dxa"/>
              <w:bottom w:w="90" w:type="dxa"/>
              <w:end w:w="90" w:type="dxa"/>
            </w:tcMar>
            <w:vAlign w:val="center"/>
          </w:tcPr>
          <w:p>
            <w:r/>
            <w:r>
              <w:rPr>
                <w:rFonts w:ascii="Arial" w:hAnsi="Arial"/>
                <w:b w:val="0"/>
                <w:color w:val="222222"/>
                <w:sz w:val="17"/>
              </w:rPr>
              <w:t>Word and prayer: __________</w:t>
              <w:br/>
              <w:t>Truth statement: __________</w:t>
              <w:br/>
              <w:t>Body care: __________</w:t>
            </w:r>
          </w:p>
        </w:tc>
        <w:tc>
          <w:tcPr>
            <w:tcW w:type="dxa" w:w="3312"/>
            <w:tcMar>
              <w:top w:w="90" w:type="dxa"/>
              <w:start w:w="90" w:type="dxa"/>
              <w:bottom w:w="90" w:type="dxa"/>
              <w:end w:w="90" w:type="dxa"/>
            </w:tcMar>
            <w:vAlign w:val="center"/>
          </w:tcPr>
          <w:p>
            <w:r/>
            <w:r>
              <w:rPr>
                <w:rFonts w:ascii="Arial" w:hAnsi="Arial"/>
                <w:b w:val="0"/>
                <w:color w:val="222222"/>
                <w:sz w:val="17"/>
              </w:rPr>
              <w:t>Worship/fellowship: __________</w:t>
              <w:br/>
              <w:t>Accountability: __________</w:t>
              <w:br/>
              <w:t>Service: __________</w:t>
            </w:r>
          </w:p>
        </w:tc>
        <w:tc>
          <w:tcPr>
            <w:tcW w:type="dxa" w:w="3312"/>
            <w:tcMar>
              <w:top w:w="90" w:type="dxa"/>
              <w:start w:w="90" w:type="dxa"/>
              <w:bottom w:w="90" w:type="dxa"/>
              <w:end w:w="90" w:type="dxa"/>
            </w:tcMar>
            <w:vAlign w:val="center"/>
          </w:tcPr>
          <w:p>
            <w:r/>
            <w:r>
              <w:rPr>
                <w:rFonts w:ascii="Arial" w:hAnsi="Arial"/>
                <w:b w:val="0"/>
                <w:color w:val="222222"/>
                <w:sz w:val="17"/>
              </w:rPr>
              <w:t>Pause and name claim: __________</w:t>
              <w:br/>
              <w:t>Contact: __________</w:t>
              <w:br/>
              <w:t>Replacement action: __________</w:t>
            </w:r>
          </w:p>
        </w:tc>
      </w:tr>
    </w:tbl>
    <w:p/>
    <w:p>
      <w:pPr>
        <w:pStyle w:val="Heading2"/>
      </w:pPr>
      <w:r>
        <w:t>8. Setback Response Plan</w:t>
      </w:r>
    </w:p>
    <w:p>
      <w:pPr>
        <w:pStyle w:val="ListNumber"/>
        <w:spacing w:after="60"/>
      </w:pPr>
      <w:r>
        <w:t>Stop hiding and come into the light quickly.</w:t>
      </w:r>
    </w:p>
    <w:p>
      <w:pPr>
        <w:pStyle w:val="ListNumber"/>
        <w:spacing w:after="60"/>
      </w:pPr>
      <w:r>
        <w:t>Confess the specific sin or agreement without totalizing condemnation.</w:t>
      </w:r>
    </w:p>
    <w:p>
      <w:pPr>
        <w:pStyle w:val="ListNumber"/>
        <w:spacing w:after="60"/>
      </w:pPr>
      <w:r>
        <w:t>Receive Christ’s cleansing and remember your identity in Him.</w:t>
      </w:r>
    </w:p>
    <w:p>
      <w:pPr>
        <w:pStyle w:val="ListNumber"/>
        <w:spacing w:after="60"/>
      </w:pPr>
      <w:r>
        <w:t>Examine the trigger and reinforcement that preceded the setback.</w:t>
      </w:r>
    </w:p>
    <w:p>
      <w:pPr>
        <w:pStyle w:val="ListNumber"/>
        <w:spacing w:after="60"/>
      </w:pPr>
      <w:r>
        <w:t>Repair harm and strengthen the boundary or support plan.</w:t>
      </w:r>
    </w:p>
    <w:p>
      <w:pPr>
        <w:pStyle w:val="ListNumber"/>
        <w:spacing w:after="60"/>
      </w:pPr>
      <w:r>
        <w:t>Resume obedient practice immediately.</w:t>
      </w:r>
    </w:p>
    <w:p>
      <w:r>
        <w:rPr>
          <w:b/>
        </w:rPr>
        <w:t>Who will I contact after a setback?</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pStyle w:val="Heading2"/>
      </w:pPr>
      <w:r>
        <w:t>9. Seven-Day Renewal Tracker</w:t>
      </w:r>
    </w:p>
    <w:tbl>
      <w:tblPr>
        <w:tblStyle w:val="TableGrid"/>
        <w:tblW w:type="auto" w:w="0"/>
        <w:jc w:val="center"/>
        <w:tblLook w:firstColumn="1" w:firstRow="1" w:lastColumn="0" w:lastRow="0" w:noHBand="0" w:noVBand="1" w:val="04A0"/>
      </w:tblPr>
      <w:tblGrid>
        <w:gridCol w:w="1694"/>
        <w:gridCol w:w="1694"/>
        <w:gridCol w:w="1694"/>
        <w:gridCol w:w="1694"/>
        <w:gridCol w:w="1694"/>
        <w:gridCol w:w="1694"/>
      </w:tblGrid>
      <w:tr>
        <w:tc>
          <w:tcPr>
            <w:tcW w:type="dxa" w:w="1694"/>
            <w:shd w:fill="17365D"/>
            <w:tcMar>
              <w:top w:w="90" w:type="dxa"/>
              <w:start w:w="90" w:type="dxa"/>
              <w:bottom w:w="90" w:type="dxa"/>
              <w:end w:w="90" w:type="dxa"/>
            </w:tcMar>
            <w:vAlign w:val="center"/>
          </w:tcPr>
          <w:p>
            <w:r/>
            <w:r>
              <w:rPr>
                <w:rFonts w:ascii="Arial" w:hAnsi="Arial"/>
                <w:b/>
                <w:color w:val="FFFFFF"/>
                <w:sz w:val="15"/>
              </w:rPr>
              <w:t>Day</w:t>
            </w:r>
          </w:p>
        </w:tc>
        <w:tc>
          <w:tcPr>
            <w:tcW w:type="dxa" w:w="1694"/>
            <w:shd w:fill="17365D"/>
            <w:tcMar>
              <w:top w:w="90" w:type="dxa"/>
              <w:start w:w="90" w:type="dxa"/>
              <w:bottom w:w="90" w:type="dxa"/>
              <w:end w:w="90" w:type="dxa"/>
            </w:tcMar>
            <w:vAlign w:val="center"/>
          </w:tcPr>
          <w:p>
            <w:r/>
            <w:r>
              <w:rPr>
                <w:rFonts w:ascii="Arial" w:hAnsi="Arial"/>
                <w:b/>
                <w:color w:val="FFFFFF"/>
                <w:sz w:val="15"/>
              </w:rPr>
              <w:t>Trigger</w:t>
            </w:r>
          </w:p>
        </w:tc>
        <w:tc>
          <w:tcPr>
            <w:tcW w:type="dxa" w:w="1694"/>
            <w:shd w:fill="17365D"/>
            <w:tcMar>
              <w:top w:w="90" w:type="dxa"/>
              <w:start w:w="90" w:type="dxa"/>
              <w:bottom w:w="90" w:type="dxa"/>
              <w:end w:w="90" w:type="dxa"/>
            </w:tcMar>
            <w:vAlign w:val="center"/>
          </w:tcPr>
          <w:p>
            <w:r/>
            <w:r>
              <w:rPr>
                <w:rFonts w:ascii="Arial" w:hAnsi="Arial"/>
                <w:b/>
                <w:color w:val="FFFFFF"/>
                <w:sz w:val="15"/>
              </w:rPr>
              <w:t>Claim Captured</w:t>
            </w:r>
          </w:p>
        </w:tc>
        <w:tc>
          <w:tcPr>
            <w:tcW w:type="dxa" w:w="1694"/>
            <w:shd w:fill="17365D"/>
            <w:tcMar>
              <w:top w:w="90" w:type="dxa"/>
              <w:start w:w="90" w:type="dxa"/>
              <w:bottom w:w="90" w:type="dxa"/>
              <w:end w:w="90" w:type="dxa"/>
            </w:tcMar>
            <w:vAlign w:val="center"/>
          </w:tcPr>
          <w:p>
            <w:r/>
            <w:r>
              <w:rPr>
                <w:rFonts w:ascii="Arial" w:hAnsi="Arial"/>
                <w:b/>
                <w:color w:val="FFFFFF"/>
                <w:sz w:val="15"/>
              </w:rPr>
              <w:t>Truth Rehearsed</w:t>
            </w:r>
          </w:p>
        </w:tc>
        <w:tc>
          <w:tcPr>
            <w:tcW w:type="dxa" w:w="1694"/>
            <w:shd w:fill="17365D"/>
            <w:tcMar>
              <w:top w:w="90" w:type="dxa"/>
              <w:start w:w="90" w:type="dxa"/>
              <w:bottom w:w="90" w:type="dxa"/>
              <w:end w:w="90" w:type="dxa"/>
            </w:tcMar>
            <w:vAlign w:val="center"/>
          </w:tcPr>
          <w:p>
            <w:r/>
            <w:r>
              <w:rPr>
                <w:rFonts w:ascii="Arial" w:hAnsi="Arial"/>
                <w:b/>
                <w:color w:val="FFFFFF"/>
                <w:sz w:val="15"/>
              </w:rPr>
              <w:t>Obedience</w:t>
            </w:r>
          </w:p>
        </w:tc>
        <w:tc>
          <w:tcPr>
            <w:tcW w:type="dxa" w:w="1694"/>
            <w:shd w:fill="17365D"/>
            <w:tcMar>
              <w:top w:w="90" w:type="dxa"/>
              <w:start w:w="90" w:type="dxa"/>
              <w:bottom w:w="90" w:type="dxa"/>
              <w:end w:w="90" w:type="dxa"/>
            </w:tcMar>
            <w:vAlign w:val="center"/>
          </w:tcPr>
          <w:p>
            <w:r/>
            <w:r>
              <w:rPr>
                <w:rFonts w:ascii="Arial" w:hAnsi="Arial"/>
                <w:b/>
                <w:color w:val="FFFFFF"/>
                <w:sz w:val="15"/>
              </w:rPr>
              <w:t>Support</w:t>
            </w:r>
          </w:p>
        </w:tc>
      </w:tr>
      <w:tr>
        <w:tc>
          <w:tcPr>
            <w:tcW w:type="dxa" w:w="1694"/>
            <w:tcMar>
              <w:top w:w="90" w:type="dxa"/>
              <w:start w:w="90" w:type="dxa"/>
              <w:bottom w:w="90" w:type="dxa"/>
              <w:end w:w="90" w:type="dxa"/>
            </w:tcMar>
            <w:vAlign w:val="center"/>
          </w:tcPr>
          <w:p>
            <w:pPr>
              <w:jc w:val="center"/>
            </w:pPr>
            <w:r/>
            <w:r>
              <w:rPr>
                <w:rFonts w:ascii="Arial" w:hAnsi="Arial"/>
                <w:b/>
                <w:color w:val="222222"/>
                <w:sz w:val="16"/>
              </w:rPr>
              <w:t>1</w:t>
            </w:r>
          </w:p>
        </w:tc>
        <w:tc>
          <w:tcPr>
            <w:tcW w:type="dxa" w:w="1694"/>
            <w:tcMar>
              <w:top w:w="90" w:type="dxa"/>
              <w:start w:w="90" w:type="dxa"/>
              <w:bottom w:w="90" w:type="dxa"/>
              <w:end w:w="90" w:type="dxa"/>
            </w:tcMar>
            <w:vAlign w:val="center"/>
          </w:tcPr>
          <w:p>
            <w:r/>
            <w:r>
              <w:rPr>
                <w:rFonts w:ascii="Arial" w:hAnsi="Arial"/>
                <w:b w:val="0"/>
                <w:color w:val="222222"/>
                <w:sz w:val="15"/>
              </w:rPr>
              <w:br/>
              <w:br/>
            </w:r>
          </w:p>
        </w:tc>
        <w:tc>
          <w:tcPr>
            <w:tcW w:type="dxa" w:w="1694"/>
            <w:tcMar>
              <w:top w:w="90" w:type="dxa"/>
              <w:start w:w="90" w:type="dxa"/>
              <w:bottom w:w="90" w:type="dxa"/>
              <w:end w:w="90" w:type="dxa"/>
            </w:tcMar>
            <w:vAlign w:val="center"/>
          </w:tcPr>
          <w:p>
            <w:r/>
            <w:r>
              <w:rPr>
                <w:rFonts w:ascii="Arial" w:hAnsi="Arial"/>
                <w:b w:val="0"/>
                <w:color w:val="222222"/>
                <w:sz w:val="15"/>
              </w:rPr>
              <w:br/>
              <w:br/>
            </w:r>
          </w:p>
        </w:tc>
        <w:tc>
          <w:tcPr>
            <w:tcW w:type="dxa" w:w="1694"/>
            <w:tcMar>
              <w:top w:w="90" w:type="dxa"/>
              <w:start w:w="90" w:type="dxa"/>
              <w:bottom w:w="90" w:type="dxa"/>
              <w:end w:w="90" w:type="dxa"/>
            </w:tcMar>
            <w:vAlign w:val="center"/>
          </w:tcPr>
          <w:p>
            <w:r/>
            <w:r>
              <w:rPr>
                <w:rFonts w:ascii="Arial" w:hAnsi="Arial"/>
                <w:b w:val="0"/>
                <w:color w:val="222222"/>
                <w:sz w:val="15"/>
              </w:rPr>
              <w:br/>
              <w:br/>
            </w:r>
          </w:p>
        </w:tc>
        <w:tc>
          <w:tcPr>
            <w:tcW w:type="dxa" w:w="1694"/>
            <w:tcMar>
              <w:top w:w="90" w:type="dxa"/>
              <w:start w:w="90" w:type="dxa"/>
              <w:bottom w:w="90" w:type="dxa"/>
              <w:end w:w="90" w:type="dxa"/>
            </w:tcMar>
            <w:vAlign w:val="center"/>
          </w:tcPr>
          <w:p>
            <w:r/>
            <w:r>
              <w:rPr>
                <w:rFonts w:ascii="Arial" w:hAnsi="Arial"/>
                <w:b w:val="0"/>
                <w:color w:val="222222"/>
                <w:sz w:val="15"/>
              </w:rPr>
              <w:br/>
              <w:br/>
            </w:r>
          </w:p>
        </w:tc>
        <w:tc>
          <w:tcPr>
            <w:tcW w:type="dxa" w:w="1694"/>
            <w:tcMar>
              <w:top w:w="90" w:type="dxa"/>
              <w:start w:w="90" w:type="dxa"/>
              <w:bottom w:w="90" w:type="dxa"/>
              <w:end w:w="90" w:type="dxa"/>
            </w:tcMar>
            <w:vAlign w:val="center"/>
          </w:tcPr>
          <w:p>
            <w:r/>
            <w:r>
              <w:rPr>
                <w:rFonts w:ascii="Arial" w:hAnsi="Arial"/>
                <w:b w:val="0"/>
                <w:color w:val="222222"/>
                <w:sz w:val="15"/>
              </w:rPr>
              <w:br/>
              <w:br/>
            </w:r>
          </w:p>
        </w:tc>
      </w:tr>
      <w:tr>
        <w:tc>
          <w:tcPr>
            <w:tcW w:type="dxa" w:w="1694"/>
            <w:tcMar>
              <w:top w:w="90" w:type="dxa"/>
              <w:start w:w="90" w:type="dxa"/>
              <w:bottom w:w="90" w:type="dxa"/>
              <w:end w:w="90" w:type="dxa"/>
            </w:tcMar>
            <w:vAlign w:val="center"/>
          </w:tcPr>
          <w:p>
            <w:pPr>
              <w:jc w:val="center"/>
            </w:pPr>
            <w:r/>
            <w:r>
              <w:rPr>
                <w:rFonts w:ascii="Arial" w:hAnsi="Arial"/>
                <w:b/>
                <w:color w:val="222222"/>
                <w:sz w:val="16"/>
              </w:rPr>
              <w:t>2</w:t>
            </w:r>
          </w:p>
        </w:tc>
        <w:tc>
          <w:tcPr>
            <w:tcW w:type="dxa" w:w="1694"/>
            <w:tcMar>
              <w:top w:w="90" w:type="dxa"/>
              <w:start w:w="90" w:type="dxa"/>
              <w:bottom w:w="90" w:type="dxa"/>
              <w:end w:w="90" w:type="dxa"/>
            </w:tcMar>
            <w:vAlign w:val="center"/>
          </w:tcPr>
          <w:p>
            <w:r/>
            <w:r>
              <w:rPr>
                <w:rFonts w:ascii="Arial" w:hAnsi="Arial"/>
                <w:b w:val="0"/>
                <w:color w:val="222222"/>
                <w:sz w:val="15"/>
              </w:rPr>
              <w:br/>
              <w:br/>
            </w:r>
          </w:p>
        </w:tc>
        <w:tc>
          <w:tcPr>
            <w:tcW w:type="dxa" w:w="1694"/>
            <w:tcMar>
              <w:top w:w="90" w:type="dxa"/>
              <w:start w:w="90" w:type="dxa"/>
              <w:bottom w:w="90" w:type="dxa"/>
              <w:end w:w="90" w:type="dxa"/>
            </w:tcMar>
            <w:vAlign w:val="center"/>
          </w:tcPr>
          <w:p>
            <w:r/>
            <w:r>
              <w:rPr>
                <w:rFonts w:ascii="Arial" w:hAnsi="Arial"/>
                <w:b w:val="0"/>
                <w:color w:val="222222"/>
                <w:sz w:val="15"/>
              </w:rPr>
              <w:br/>
              <w:br/>
            </w:r>
          </w:p>
        </w:tc>
        <w:tc>
          <w:tcPr>
            <w:tcW w:type="dxa" w:w="1694"/>
            <w:tcMar>
              <w:top w:w="90" w:type="dxa"/>
              <w:start w:w="90" w:type="dxa"/>
              <w:bottom w:w="90" w:type="dxa"/>
              <w:end w:w="90" w:type="dxa"/>
            </w:tcMar>
            <w:vAlign w:val="center"/>
          </w:tcPr>
          <w:p>
            <w:r/>
            <w:r>
              <w:rPr>
                <w:rFonts w:ascii="Arial" w:hAnsi="Arial"/>
                <w:b w:val="0"/>
                <w:color w:val="222222"/>
                <w:sz w:val="15"/>
              </w:rPr>
              <w:br/>
              <w:br/>
            </w:r>
          </w:p>
        </w:tc>
        <w:tc>
          <w:tcPr>
            <w:tcW w:type="dxa" w:w="1694"/>
            <w:tcMar>
              <w:top w:w="90" w:type="dxa"/>
              <w:start w:w="90" w:type="dxa"/>
              <w:bottom w:w="90" w:type="dxa"/>
              <w:end w:w="90" w:type="dxa"/>
            </w:tcMar>
            <w:vAlign w:val="center"/>
          </w:tcPr>
          <w:p>
            <w:r/>
            <w:r>
              <w:rPr>
                <w:rFonts w:ascii="Arial" w:hAnsi="Arial"/>
                <w:b w:val="0"/>
                <w:color w:val="222222"/>
                <w:sz w:val="15"/>
              </w:rPr>
              <w:br/>
              <w:br/>
            </w:r>
          </w:p>
        </w:tc>
        <w:tc>
          <w:tcPr>
            <w:tcW w:type="dxa" w:w="1694"/>
            <w:tcMar>
              <w:top w:w="90" w:type="dxa"/>
              <w:start w:w="90" w:type="dxa"/>
              <w:bottom w:w="90" w:type="dxa"/>
              <w:end w:w="90" w:type="dxa"/>
            </w:tcMar>
            <w:vAlign w:val="center"/>
          </w:tcPr>
          <w:p>
            <w:r/>
            <w:r>
              <w:rPr>
                <w:rFonts w:ascii="Arial" w:hAnsi="Arial"/>
                <w:b w:val="0"/>
                <w:color w:val="222222"/>
                <w:sz w:val="15"/>
              </w:rPr>
              <w:br/>
              <w:br/>
            </w:r>
          </w:p>
        </w:tc>
      </w:tr>
      <w:tr>
        <w:tc>
          <w:tcPr>
            <w:tcW w:type="dxa" w:w="1694"/>
            <w:tcMar>
              <w:top w:w="90" w:type="dxa"/>
              <w:start w:w="90" w:type="dxa"/>
              <w:bottom w:w="90" w:type="dxa"/>
              <w:end w:w="90" w:type="dxa"/>
            </w:tcMar>
            <w:vAlign w:val="center"/>
          </w:tcPr>
          <w:p>
            <w:pPr>
              <w:jc w:val="center"/>
            </w:pPr>
            <w:r/>
            <w:r>
              <w:rPr>
                <w:rFonts w:ascii="Arial" w:hAnsi="Arial"/>
                <w:b/>
                <w:color w:val="222222"/>
                <w:sz w:val="16"/>
              </w:rPr>
              <w:t>3</w:t>
            </w:r>
          </w:p>
        </w:tc>
        <w:tc>
          <w:tcPr>
            <w:tcW w:type="dxa" w:w="1694"/>
            <w:tcMar>
              <w:top w:w="90" w:type="dxa"/>
              <w:start w:w="90" w:type="dxa"/>
              <w:bottom w:w="90" w:type="dxa"/>
              <w:end w:w="90" w:type="dxa"/>
            </w:tcMar>
            <w:vAlign w:val="center"/>
          </w:tcPr>
          <w:p>
            <w:r/>
            <w:r>
              <w:rPr>
                <w:rFonts w:ascii="Arial" w:hAnsi="Arial"/>
                <w:b w:val="0"/>
                <w:color w:val="222222"/>
                <w:sz w:val="15"/>
              </w:rPr>
              <w:br/>
              <w:br/>
            </w:r>
          </w:p>
        </w:tc>
        <w:tc>
          <w:tcPr>
            <w:tcW w:type="dxa" w:w="1694"/>
            <w:tcMar>
              <w:top w:w="90" w:type="dxa"/>
              <w:start w:w="90" w:type="dxa"/>
              <w:bottom w:w="90" w:type="dxa"/>
              <w:end w:w="90" w:type="dxa"/>
            </w:tcMar>
            <w:vAlign w:val="center"/>
          </w:tcPr>
          <w:p>
            <w:r/>
            <w:r>
              <w:rPr>
                <w:rFonts w:ascii="Arial" w:hAnsi="Arial"/>
                <w:b w:val="0"/>
                <w:color w:val="222222"/>
                <w:sz w:val="15"/>
              </w:rPr>
              <w:br/>
              <w:br/>
            </w:r>
          </w:p>
        </w:tc>
        <w:tc>
          <w:tcPr>
            <w:tcW w:type="dxa" w:w="1694"/>
            <w:tcMar>
              <w:top w:w="90" w:type="dxa"/>
              <w:start w:w="90" w:type="dxa"/>
              <w:bottom w:w="90" w:type="dxa"/>
              <w:end w:w="90" w:type="dxa"/>
            </w:tcMar>
            <w:vAlign w:val="center"/>
          </w:tcPr>
          <w:p>
            <w:r/>
            <w:r>
              <w:rPr>
                <w:rFonts w:ascii="Arial" w:hAnsi="Arial"/>
                <w:b w:val="0"/>
                <w:color w:val="222222"/>
                <w:sz w:val="15"/>
              </w:rPr>
              <w:br/>
              <w:br/>
            </w:r>
          </w:p>
        </w:tc>
        <w:tc>
          <w:tcPr>
            <w:tcW w:type="dxa" w:w="1694"/>
            <w:tcMar>
              <w:top w:w="90" w:type="dxa"/>
              <w:start w:w="90" w:type="dxa"/>
              <w:bottom w:w="90" w:type="dxa"/>
              <w:end w:w="90" w:type="dxa"/>
            </w:tcMar>
            <w:vAlign w:val="center"/>
          </w:tcPr>
          <w:p>
            <w:r/>
            <w:r>
              <w:rPr>
                <w:rFonts w:ascii="Arial" w:hAnsi="Arial"/>
                <w:b w:val="0"/>
                <w:color w:val="222222"/>
                <w:sz w:val="15"/>
              </w:rPr>
              <w:br/>
              <w:br/>
            </w:r>
          </w:p>
        </w:tc>
        <w:tc>
          <w:tcPr>
            <w:tcW w:type="dxa" w:w="1694"/>
            <w:tcMar>
              <w:top w:w="90" w:type="dxa"/>
              <w:start w:w="90" w:type="dxa"/>
              <w:bottom w:w="90" w:type="dxa"/>
              <w:end w:w="90" w:type="dxa"/>
            </w:tcMar>
            <w:vAlign w:val="center"/>
          </w:tcPr>
          <w:p>
            <w:r/>
            <w:r>
              <w:rPr>
                <w:rFonts w:ascii="Arial" w:hAnsi="Arial"/>
                <w:b w:val="0"/>
                <w:color w:val="222222"/>
                <w:sz w:val="15"/>
              </w:rPr>
              <w:br/>
              <w:br/>
            </w:r>
          </w:p>
        </w:tc>
      </w:tr>
      <w:tr>
        <w:tc>
          <w:tcPr>
            <w:tcW w:type="dxa" w:w="1694"/>
            <w:tcMar>
              <w:top w:w="90" w:type="dxa"/>
              <w:start w:w="90" w:type="dxa"/>
              <w:bottom w:w="90" w:type="dxa"/>
              <w:end w:w="90" w:type="dxa"/>
            </w:tcMar>
            <w:vAlign w:val="center"/>
          </w:tcPr>
          <w:p>
            <w:pPr>
              <w:jc w:val="center"/>
            </w:pPr>
            <w:r/>
            <w:r>
              <w:rPr>
                <w:rFonts w:ascii="Arial" w:hAnsi="Arial"/>
                <w:b/>
                <w:color w:val="222222"/>
                <w:sz w:val="16"/>
              </w:rPr>
              <w:t>4</w:t>
            </w:r>
          </w:p>
        </w:tc>
        <w:tc>
          <w:tcPr>
            <w:tcW w:type="dxa" w:w="1694"/>
            <w:tcMar>
              <w:top w:w="90" w:type="dxa"/>
              <w:start w:w="90" w:type="dxa"/>
              <w:bottom w:w="90" w:type="dxa"/>
              <w:end w:w="90" w:type="dxa"/>
            </w:tcMar>
            <w:vAlign w:val="center"/>
          </w:tcPr>
          <w:p>
            <w:r/>
            <w:r>
              <w:rPr>
                <w:rFonts w:ascii="Arial" w:hAnsi="Arial"/>
                <w:b w:val="0"/>
                <w:color w:val="222222"/>
                <w:sz w:val="15"/>
              </w:rPr>
              <w:br/>
              <w:br/>
            </w:r>
          </w:p>
        </w:tc>
        <w:tc>
          <w:tcPr>
            <w:tcW w:type="dxa" w:w="1694"/>
            <w:tcMar>
              <w:top w:w="90" w:type="dxa"/>
              <w:start w:w="90" w:type="dxa"/>
              <w:bottom w:w="90" w:type="dxa"/>
              <w:end w:w="90" w:type="dxa"/>
            </w:tcMar>
            <w:vAlign w:val="center"/>
          </w:tcPr>
          <w:p>
            <w:r/>
            <w:r>
              <w:rPr>
                <w:rFonts w:ascii="Arial" w:hAnsi="Arial"/>
                <w:b w:val="0"/>
                <w:color w:val="222222"/>
                <w:sz w:val="15"/>
              </w:rPr>
              <w:br/>
              <w:br/>
            </w:r>
          </w:p>
        </w:tc>
        <w:tc>
          <w:tcPr>
            <w:tcW w:type="dxa" w:w="1694"/>
            <w:tcMar>
              <w:top w:w="90" w:type="dxa"/>
              <w:start w:w="90" w:type="dxa"/>
              <w:bottom w:w="90" w:type="dxa"/>
              <w:end w:w="90" w:type="dxa"/>
            </w:tcMar>
            <w:vAlign w:val="center"/>
          </w:tcPr>
          <w:p>
            <w:r/>
            <w:r>
              <w:rPr>
                <w:rFonts w:ascii="Arial" w:hAnsi="Arial"/>
                <w:b w:val="0"/>
                <w:color w:val="222222"/>
                <w:sz w:val="15"/>
              </w:rPr>
              <w:br/>
              <w:br/>
            </w:r>
          </w:p>
        </w:tc>
        <w:tc>
          <w:tcPr>
            <w:tcW w:type="dxa" w:w="1694"/>
            <w:tcMar>
              <w:top w:w="90" w:type="dxa"/>
              <w:start w:w="90" w:type="dxa"/>
              <w:bottom w:w="90" w:type="dxa"/>
              <w:end w:w="90" w:type="dxa"/>
            </w:tcMar>
            <w:vAlign w:val="center"/>
          </w:tcPr>
          <w:p>
            <w:r/>
            <w:r>
              <w:rPr>
                <w:rFonts w:ascii="Arial" w:hAnsi="Arial"/>
                <w:b w:val="0"/>
                <w:color w:val="222222"/>
                <w:sz w:val="15"/>
              </w:rPr>
              <w:br/>
              <w:br/>
            </w:r>
          </w:p>
        </w:tc>
        <w:tc>
          <w:tcPr>
            <w:tcW w:type="dxa" w:w="1694"/>
            <w:tcMar>
              <w:top w:w="90" w:type="dxa"/>
              <w:start w:w="90" w:type="dxa"/>
              <w:bottom w:w="90" w:type="dxa"/>
              <w:end w:w="90" w:type="dxa"/>
            </w:tcMar>
            <w:vAlign w:val="center"/>
          </w:tcPr>
          <w:p>
            <w:r/>
            <w:r>
              <w:rPr>
                <w:rFonts w:ascii="Arial" w:hAnsi="Arial"/>
                <w:b w:val="0"/>
                <w:color w:val="222222"/>
                <w:sz w:val="15"/>
              </w:rPr>
              <w:br/>
              <w:br/>
            </w:r>
          </w:p>
        </w:tc>
      </w:tr>
      <w:tr>
        <w:tc>
          <w:tcPr>
            <w:tcW w:type="dxa" w:w="1694"/>
            <w:tcMar>
              <w:top w:w="90" w:type="dxa"/>
              <w:start w:w="90" w:type="dxa"/>
              <w:bottom w:w="90" w:type="dxa"/>
              <w:end w:w="90" w:type="dxa"/>
            </w:tcMar>
            <w:vAlign w:val="center"/>
          </w:tcPr>
          <w:p>
            <w:pPr>
              <w:jc w:val="center"/>
            </w:pPr>
            <w:r/>
            <w:r>
              <w:rPr>
                <w:rFonts w:ascii="Arial" w:hAnsi="Arial"/>
                <w:b/>
                <w:color w:val="222222"/>
                <w:sz w:val="16"/>
              </w:rPr>
              <w:t>5</w:t>
            </w:r>
          </w:p>
        </w:tc>
        <w:tc>
          <w:tcPr>
            <w:tcW w:type="dxa" w:w="1694"/>
            <w:tcMar>
              <w:top w:w="90" w:type="dxa"/>
              <w:start w:w="90" w:type="dxa"/>
              <w:bottom w:w="90" w:type="dxa"/>
              <w:end w:w="90" w:type="dxa"/>
            </w:tcMar>
            <w:vAlign w:val="center"/>
          </w:tcPr>
          <w:p>
            <w:r/>
            <w:r>
              <w:rPr>
                <w:rFonts w:ascii="Arial" w:hAnsi="Arial"/>
                <w:b w:val="0"/>
                <w:color w:val="222222"/>
                <w:sz w:val="15"/>
              </w:rPr>
              <w:br/>
              <w:br/>
            </w:r>
          </w:p>
        </w:tc>
        <w:tc>
          <w:tcPr>
            <w:tcW w:type="dxa" w:w="1694"/>
            <w:tcMar>
              <w:top w:w="90" w:type="dxa"/>
              <w:start w:w="90" w:type="dxa"/>
              <w:bottom w:w="90" w:type="dxa"/>
              <w:end w:w="90" w:type="dxa"/>
            </w:tcMar>
            <w:vAlign w:val="center"/>
          </w:tcPr>
          <w:p>
            <w:r/>
            <w:r>
              <w:rPr>
                <w:rFonts w:ascii="Arial" w:hAnsi="Arial"/>
                <w:b w:val="0"/>
                <w:color w:val="222222"/>
                <w:sz w:val="15"/>
              </w:rPr>
              <w:br/>
              <w:br/>
            </w:r>
          </w:p>
        </w:tc>
        <w:tc>
          <w:tcPr>
            <w:tcW w:type="dxa" w:w="1694"/>
            <w:tcMar>
              <w:top w:w="90" w:type="dxa"/>
              <w:start w:w="90" w:type="dxa"/>
              <w:bottom w:w="90" w:type="dxa"/>
              <w:end w:w="90" w:type="dxa"/>
            </w:tcMar>
            <w:vAlign w:val="center"/>
          </w:tcPr>
          <w:p>
            <w:r/>
            <w:r>
              <w:rPr>
                <w:rFonts w:ascii="Arial" w:hAnsi="Arial"/>
                <w:b w:val="0"/>
                <w:color w:val="222222"/>
                <w:sz w:val="15"/>
              </w:rPr>
              <w:br/>
              <w:br/>
            </w:r>
          </w:p>
        </w:tc>
        <w:tc>
          <w:tcPr>
            <w:tcW w:type="dxa" w:w="1694"/>
            <w:tcMar>
              <w:top w:w="90" w:type="dxa"/>
              <w:start w:w="90" w:type="dxa"/>
              <w:bottom w:w="90" w:type="dxa"/>
              <w:end w:w="90" w:type="dxa"/>
            </w:tcMar>
            <w:vAlign w:val="center"/>
          </w:tcPr>
          <w:p>
            <w:r/>
            <w:r>
              <w:rPr>
                <w:rFonts w:ascii="Arial" w:hAnsi="Arial"/>
                <w:b w:val="0"/>
                <w:color w:val="222222"/>
                <w:sz w:val="15"/>
              </w:rPr>
              <w:br/>
              <w:br/>
            </w:r>
          </w:p>
        </w:tc>
        <w:tc>
          <w:tcPr>
            <w:tcW w:type="dxa" w:w="1694"/>
            <w:tcMar>
              <w:top w:w="90" w:type="dxa"/>
              <w:start w:w="90" w:type="dxa"/>
              <w:bottom w:w="90" w:type="dxa"/>
              <w:end w:w="90" w:type="dxa"/>
            </w:tcMar>
            <w:vAlign w:val="center"/>
          </w:tcPr>
          <w:p>
            <w:r/>
            <w:r>
              <w:rPr>
                <w:rFonts w:ascii="Arial" w:hAnsi="Arial"/>
                <w:b w:val="0"/>
                <w:color w:val="222222"/>
                <w:sz w:val="15"/>
              </w:rPr>
              <w:br/>
              <w:br/>
            </w:r>
          </w:p>
        </w:tc>
      </w:tr>
      <w:tr>
        <w:tc>
          <w:tcPr>
            <w:tcW w:type="dxa" w:w="1694"/>
            <w:tcMar>
              <w:top w:w="90" w:type="dxa"/>
              <w:start w:w="90" w:type="dxa"/>
              <w:bottom w:w="90" w:type="dxa"/>
              <w:end w:w="90" w:type="dxa"/>
            </w:tcMar>
            <w:vAlign w:val="center"/>
          </w:tcPr>
          <w:p>
            <w:pPr>
              <w:jc w:val="center"/>
            </w:pPr>
            <w:r/>
            <w:r>
              <w:rPr>
                <w:rFonts w:ascii="Arial" w:hAnsi="Arial"/>
                <w:b/>
                <w:color w:val="222222"/>
                <w:sz w:val="16"/>
              </w:rPr>
              <w:t>6</w:t>
            </w:r>
          </w:p>
        </w:tc>
        <w:tc>
          <w:tcPr>
            <w:tcW w:type="dxa" w:w="1694"/>
            <w:tcMar>
              <w:top w:w="90" w:type="dxa"/>
              <w:start w:w="90" w:type="dxa"/>
              <w:bottom w:w="90" w:type="dxa"/>
              <w:end w:w="90" w:type="dxa"/>
            </w:tcMar>
            <w:vAlign w:val="center"/>
          </w:tcPr>
          <w:p>
            <w:r/>
            <w:r>
              <w:rPr>
                <w:rFonts w:ascii="Arial" w:hAnsi="Arial"/>
                <w:b w:val="0"/>
                <w:color w:val="222222"/>
                <w:sz w:val="15"/>
              </w:rPr>
              <w:br/>
              <w:br/>
            </w:r>
          </w:p>
        </w:tc>
        <w:tc>
          <w:tcPr>
            <w:tcW w:type="dxa" w:w="1694"/>
            <w:tcMar>
              <w:top w:w="90" w:type="dxa"/>
              <w:start w:w="90" w:type="dxa"/>
              <w:bottom w:w="90" w:type="dxa"/>
              <w:end w:w="90" w:type="dxa"/>
            </w:tcMar>
            <w:vAlign w:val="center"/>
          </w:tcPr>
          <w:p>
            <w:r/>
            <w:r>
              <w:rPr>
                <w:rFonts w:ascii="Arial" w:hAnsi="Arial"/>
                <w:b w:val="0"/>
                <w:color w:val="222222"/>
                <w:sz w:val="15"/>
              </w:rPr>
              <w:br/>
              <w:br/>
            </w:r>
          </w:p>
        </w:tc>
        <w:tc>
          <w:tcPr>
            <w:tcW w:type="dxa" w:w="1694"/>
            <w:tcMar>
              <w:top w:w="90" w:type="dxa"/>
              <w:start w:w="90" w:type="dxa"/>
              <w:bottom w:w="90" w:type="dxa"/>
              <w:end w:w="90" w:type="dxa"/>
            </w:tcMar>
            <w:vAlign w:val="center"/>
          </w:tcPr>
          <w:p>
            <w:r/>
            <w:r>
              <w:rPr>
                <w:rFonts w:ascii="Arial" w:hAnsi="Arial"/>
                <w:b w:val="0"/>
                <w:color w:val="222222"/>
                <w:sz w:val="15"/>
              </w:rPr>
              <w:br/>
              <w:br/>
            </w:r>
          </w:p>
        </w:tc>
        <w:tc>
          <w:tcPr>
            <w:tcW w:type="dxa" w:w="1694"/>
            <w:tcMar>
              <w:top w:w="90" w:type="dxa"/>
              <w:start w:w="90" w:type="dxa"/>
              <w:bottom w:w="90" w:type="dxa"/>
              <w:end w:w="90" w:type="dxa"/>
            </w:tcMar>
            <w:vAlign w:val="center"/>
          </w:tcPr>
          <w:p>
            <w:r/>
            <w:r>
              <w:rPr>
                <w:rFonts w:ascii="Arial" w:hAnsi="Arial"/>
                <w:b w:val="0"/>
                <w:color w:val="222222"/>
                <w:sz w:val="15"/>
              </w:rPr>
              <w:br/>
              <w:br/>
            </w:r>
          </w:p>
        </w:tc>
        <w:tc>
          <w:tcPr>
            <w:tcW w:type="dxa" w:w="1694"/>
            <w:tcMar>
              <w:top w:w="90" w:type="dxa"/>
              <w:start w:w="90" w:type="dxa"/>
              <w:bottom w:w="90" w:type="dxa"/>
              <w:end w:w="90" w:type="dxa"/>
            </w:tcMar>
            <w:vAlign w:val="center"/>
          </w:tcPr>
          <w:p>
            <w:r/>
            <w:r>
              <w:rPr>
                <w:rFonts w:ascii="Arial" w:hAnsi="Arial"/>
                <w:b w:val="0"/>
                <w:color w:val="222222"/>
                <w:sz w:val="15"/>
              </w:rPr>
              <w:br/>
              <w:br/>
            </w:r>
          </w:p>
        </w:tc>
      </w:tr>
      <w:tr>
        <w:tc>
          <w:tcPr>
            <w:tcW w:type="dxa" w:w="1694"/>
            <w:tcMar>
              <w:top w:w="90" w:type="dxa"/>
              <w:start w:w="90" w:type="dxa"/>
              <w:bottom w:w="90" w:type="dxa"/>
              <w:end w:w="90" w:type="dxa"/>
            </w:tcMar>
            <w:vAlign w:val="center"/>
          </w:tcPr>
          <w:p>
            <w:pPr>
              <w:jc w:val="center"/>
            </w:pPr>
            <w:r/>
            <w:r>
              <w:rPr>
                <w:rFonts w:ascii="Arial" w:hAnsi="Arial"/>
                <w:b/>
                <w:color w:val="222222"/>
                <w:sz w:val="16"/>
              </w:rPr>
              <w:t>7</w:t>
            </w:r>
          </w:p>
        </w:tc>
        <w:tc>
          <w:tcPr>
            <w:tcW w:type="dxa" w:w="1694"/>
            <w:tcMar>
              <w:top w:w="90" w:type="dxa"/>
              <w:start w:w="90" w:type="dxa"/>
              <w:bottom w:w="90" w:type="dxa"/>
              <w:end w:w="90" w:type="dxa"/>
            </w:tcMar>
            <w:vAlign w:val="center"/>
          </w:tcPr>
          <w:p>
            <w:r/>
            <w:r>
              <w:rPr>
                <w:rFonts w:ascii="Arial" w:hAnsi="Arial"/>
                <w:b w:val="0"/>
                <w:color w:val="222222"/>
                <w:sz w:val="15"/>
              </w:rPr>
              <w:br/>
              <w:br/>
            </w:r>
          </w:p>
        </w:tc>
        <w:tc>
          <w:tcPr>
            <w:tcW w:type="dxa" w:w="1694"/>
            <w:tcMar>
              <w:top w:w="90" w:type="dxa"/>
              <w:start w:w="90" w:type="dxa"/>
              <w:bottom w:w="90" w:type="dxa"/>
              <w:end w:w="90" w:type="dxa"/>
            </w:tcMar>
            <w:vAlign w:val="center"/>
          </w:tcPr>
          <w:p>
            <w:r/>
            <w:r>
              <w:rPr>
                <w:rFonts w:ascii="Arial" w:hAnsi="Arial"/>
                <w:b w:val="0"/>
                <w:color w:val="222222"/>
                <w:sz w:val="15"/>
              </w:rPr>
              <w:br/>
              <w:br/>
            </w:r>
          </w:p>
        </w:tc>
        <w:tc>
          <w:tcPr>
            <w:tcW w:type="dxa" w:w="1694"/>
            <w:tcMar>
              <w:top w:w="90" w:type="dxa"/>
              <w:start w:w="90" w:type="dxa"/>
              <w:bottom w:w="90" w:type="dxa"/>
              <w:end w:w="90" w:type="dxa"/>
            </w:tcMar>
            <w:vAlign w:val="center"/>
          </w:tcPr>
          <w:p>
            <w:r/>
            <w:r>
              <w:rPr>
                <w:rFonts w:ascii="Arial" w:hAnsi="Arial"/>
                <w:b w:val="0"/>
                <w:color w:val="222222"/>
                <w:sz w:val="15"/>
              </w:rPr>
              <w:br/>
              <w:br/>
            </w:r>
          </w:p>
        </w:tc>
        <w:tc>
          <w:tcPr>
            <w:tcW w:type="dxa" w:w="1694"/>
            <w:tcMar>
              <w:top w:w="90" w:type="dxa"/>
              <w:start w:w="90" w:type="dxa"/>
              <w:bottom w:w="90" w:type="dxa"/>
              <w:end w:w="90" w:type="dxa"/>
            </w:tcMar>
            <w:vAlign w:val="center"/>
          </w:tcPr>
          <w:p>
            <w:r/>
            <w:r>
              <w:rPr>
                <w:rFonts w:ascii="Arial" w:hAnsi="Arial"/>
                <w:b w:val="0"/>
                <w:color w:val="222222"/>
                <w:sz w:val="15"/>
              </w:rPr>
              <w:br/>
              <w:br/>
            </w:r>
          </w:p>
        </w:tc>
        <w:tc>
          <w:tcPr>
            <w:tcW w:type="dxa" w:w="1694"/>
            <w:tcMar>
              <w:top w:w="90" w:type="dxa"/>
              <w:start w:w="90" w:type="dxa"/>
              <w:bottom w:w="90" w:type="dxa"/>
              <w:end w:w="90" w:type="dxa"/>
            </w:tcMar>
            <w:vAlign w:val="center"/>
          </w:tcPr>
          <w:p>
            <w:r/>
            <w:r>
              <w:rPr>
                <w:rFonts w:ascii="Arial" w:hAnsi="Arial"/>
                <w:b w:val="0"/>
                <w:color w:val="222222"/>
                <w:sz w:val="15"/>
              </w:rPr>
              <w:br/>
              <w:br/>
            </w:r>
          </w:p>
        </w:tc>
      </w:tr>
    </w:tbl>
    <w:p/>
    <w:p>
      <w:pPr>
        <w:pStyle w:val="Heading2"/>
      </w:pPr>
      <w:r>
        <w:t>10. Final Understanding Check</w:t>
      </w:r>
    </w:p>
    <w:p>
      <w:r>
        <w:rPr>
          <w:b/>
        </w:rPr>
        <w:t>1. Define a stronghold biblically in two sentences.</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r>
        <w:rPr>
          <w:b/>
        </w:rPr>
        <w:t>2. Explain the original context of 2 Corinthians 10:3–5.</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r>
        <w:rPr>
          <w:b/>
        </w:rPr>
        <w:t>3. Name four things a stronghold is not.</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r>
        <w:rPr>
          <w:b/>
        </w:rPr>
        <w:t>4. Describe how a lie becomes fortified.</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r>
        <w:rPr>
          <w:b/>
        </w:rPr>
        <w:t>5. Give two examples of something exalting itself against the knowledge of God.</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r>
        <w:rPr>
          <w:b/>
        </w:rPr>
        <w:t>6. Explain why spiritual weapons are powerful.</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r>
        <w:rPr>
          <w:b/>
        </w:rPr>
        <w:t>7. List the five R.E.N.E.W. steps.</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r>
        <w:rPr>
          <w:b/>
        </w:rPr>
        <w:t>8. Explain the role of repentance and the role of replacement obedience.</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r>
        <w:rPr>
          <w:b/>
        </w:rPr>
        <w:t>9. Describe how community helps maintain freedom.</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r>
        <w:rPr>
          <w:b/>
        </w:rPr>
        <w:t>10. Explain when professional care should be included.</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pStyle w:val="Heading2"/>
      </w:pPr>
      <w:r>
        <w:t>11. My Testimony in Progress</w:t>
      </w:r>
    </w:p>
    <w:p>
      <w:r>
        <w:t>Complete these statements without exaggeration. A testimony may include progress, ongoing dependence, and next steps.</w:t>
      </w:r>
    </w:p>
    <w:p>
      <w:r>
        <w:rPr>
          <w:b/>
        </w:rPr>
        <w:t>Before this study, I believed or practiced:</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r>
        <w:rPr>
          <w:b/>
        </w:rPr>
        <w:t>God’s Word revealed:</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r>
        <w:rPr>
          <w:b/>
        </w:rPr>
        <w:t>I have repented of or rejected:</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r>
        <w:rPr>
          <w:b/>
        </w:rPr>
        <w:t>My next act of obedience is:</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r>
        <w:rPr>
          <w:b/>
        </w:rPr>
        <w:t>I need prayer and support for:</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pStyle w:val="Heading2"/>
      </w:pPr>
      <w:r>
        <w:t>Closing Prayer of Renewal</w:t>
      </w:r>
    </w:p>
    <w:p>
      <w:pPr>
        <w:pStyle w:val="ScriptureBlock"/>
      </w:pPr>
      <w:r>
        <w:t>Father, I submit my mind, imagination, desires, loyalties, body, relationships, and future to Jesus Christ. I reject every lie that places itself above Your truth. I repent of agreements and actions that have strengthened bondage. I receive the mercy of the cross, the life of the resurrection, and the power of the Holy Spirit. Renew my mind, establish Your truth, teach me to obey, and surround me with wise believers who will walk with me. I will not hide, I will not surrender to hopelessness, and I will not trust human strength. The Son has made me free, and by Your grace I will learn to walk in that freedom. In Jesus’ name, amen.</w:t>
      </w:r>
    </w:p>
    <w:p>
      <w:r>
        <w:br w:type="page"/>
      </w:r>
    </w:p>
    <w:p>
      <w:pPr>
        <w:pStyle w:val="Heading1"/>
      </w:pPr>
      <w:r>
        <w:t>APPENDIX — MEMORY VERSES</w:t>
      </w:r>
    </w:p>
    <w:tbl>
      <w:tblPr>
        <w:tblStyle w:val="TableGrid"/>
        <w:tblW w:type="auto" w:w="0"/>
        <w:jc w:val="center"/>
        <w:tblLook w:firstColumn="1" w:firstRow="1" w:lastColumn="0" w:lastRow="0" w:noHBand="0" w:noVBand="1" w:val="04A0"/>
      </w:tblPr>
      <w:tblGrid>
        <w:gridCol w:w="5083"/>
        <w:gridCol w:w="5083"/>
      </w:tblGrid>
      <w:tr>
        <w:trPr>
          <w:tblHeader w:val="true"/>
        </w:trPr>
        <w:tc>
          <w:tcPr>
            <w:tcW w:type="dxa" w:w="2376"/>
            <w:shd w:fill="17365D"/>
            <w:tcMar>
              <w:top w:w="90" w:type="dxa"/>
              <w:start w:w="90" w:type="dxa"/>
              <w:bottom w:w="90" w:type="dxa"/>
              <w:end w:w="90" w:type="dxa"/>
            </w:tcMar>
            <w:vAlign w:val="center"/>
          </w:tcPr>
          <w:p>
            <w:r/>
            <w:r>
              <w:rPr>
                <w:rFonts w:ascii="Arial" w:hAnsi="Arial"/>
                <w:b/>
                <w:color w:val="FFFFFF"/>
                <w:sz w:val="18"/>
              </w:rPr>
              <w:t>Reference</w:t>
            </w:r>
          </w:p>
        </w:tc>
        <w:tc>
          <w:tcPr>
            <w:tcW w:type="dxa" w:w="7560"/>
            <w:shd w:fill="17365D"/>
            <w:tcMar>
              <w:top w:w="90" w:type="dxa"/>
              <w:start w:w="90" w:type="dxa"/>
              <w:bottom w:w="90" w:type="dxa"/>
              <w:end w:w="90" w:type="dxa"/>
            </w:tcMar>
            <w:vAlign w:val="center"/>
          </w:tcPr>
          <w:p>
            <w:r/>
            <w:r>
              <w:rPr>
                <w:rFonts w:ascii="Arial" w:hAnsi="Arial"/>
                <w:b/>
                <w:color w:val="FFFFFF"/>
                <w:sz w:val="18"/>
              </w:rPr>
              <w:t>Truth to Remember</w:t>
            </w:r>
          </w:p>
        </w:tc>
      </w:tr>
      <w:tr>
        <w:tc>
          <w:tcPr>
            <w:tcW w:type="dxa" w:w="2376"/>
            <w:tcMar>
              <w:top w:w="90" w:type="dxa"/>
              <w:start w:w="90" w:type="dxa"/>
              <w:bottom w:w="90" w:type="dxa"/>
              <w:end w:w="90" w:type="dxa"/>
            </w:tcMar>
            <w:vAlign w:val="center"/>
          </w:tcPr>
          <w:p>
            <w:r/>
            <w:r>
              <w:rPr>
                <w:rFonts w:ascii="Arial" w:hAnsi="Arial"/>
                <w:b w:val="0"/>
                <w:color w:val="222222"/>
                <w:sz w:val="18"/>
              </w:rPr>
              <w:t>2 Corinthians 10:4–5</w:t>
            </w:r>
          </w:p>
        </w:tc>
        <w:tc>
          <w:tcPr>
            <w:tcW w:type="dxa" w:w="7560"/>
            <w:tcMar>
              <w:top w:w="90" w:type="dxa"/>
              <w:start w:w="90" w:type="dxa"/>
              <w:bottom w:w="90" w:type="dxa"/>
              <w:end w:w="90" w:type="dxa"/>
            </w:tcMar>
            <w:vAlign w:val="center"/>
          </w:tcPr>
          <w:p>
            <w:r/>
            <w:r>
              <w:rPr>
                <w:rFonts w:ascii="Arial" w:hAnsi="Arial"/>
                <w:b w:val="0"/>
                <w:color w:val="222222"/>
                <w:sz w:val="18"/>
              </w:rPr>
              <w:t>God-empowered weapons pull down strongholds, cast down arguments, and bring thought into obedience to Christ.</w:t>
            </w:r>
          </w:p>
        </w:tc>
      </w:tr>
      <w:tr>
        <w:tc>
          <w:tcPr>
            <w:tcW w:type="dxa" w:w="2376"/>
            <w:tcMar>
              <w:top w:w="90" w:type="dxa"/>
              <w:start w:w="90" w:type="dxa"/>
              <w:bottom w:w="90" w:type="dxa"/>
              <w:end w:w="90" w:type="dxa"/>
            </w:tcMar>
            <w:vAlign w:val="center"/>
            <w:shd w:fill="F2F2F2"/>
          </w:tcPr>
          <w:p>
            <w:r/>
            <w:r>
              <w:rPr>
                <w:rFonts w:ascii="Arial" w:hAnsi="Arial"/>
                <w:b w:val="0"/>
                <w:color w:val="222222"/>
                <w:sz w:val="18"/>
              </w:rPr>
              <w:t>Romans 12:2</w:t>
            </w:r>
          </w:p>
        </w:tc>
        <w:tc>
          <w:tcPr>
            <w:tcW w:type="dxa" w:w="7560"/>
            <w:tcMar>
              <w:top w:w="90" w:type="dxa"/>
              <w:start w:w="90" w:type="dxa"/>
              <w:bottom w:w="90" w:type="dxa"/>
              <w:end w:w="90" w:type="dxa"/>
            </w:tcMar>
            <w:vAlign w:val="center"/>
            <w:shd w:fill="F2F2F2"/>
          </w:tcPr>
          <w:p>
            <w:r/>
            <w:r>
              <w:rPr>
                <w:rFonts w:ascii="Arial" w:hAnsi="Arial"/>
                <w:b w:val="0"/>
                <w:color w:val="222222"/>
                <w:sz w:val="18"/>
              </w:rPr>
              <w:t>Transformation comes through the renewing of the mind.</w:t>
            </w:r>
          </w:p>
        </w:tc>
      </w:tr>
      <w:tr>
        <w:tc>
          <w:tcPr>
            <w:tcW w:type="dxa" w:w="2376"/>
            <w:tcMar>
              <w:top w:w="90" w:type="dxa"/>
              <w:start w:w="90" w:type="dxa"/>
              <w:bottom w:w="90" w:type="dxa"/>
              <w:end w:w="90" w:type="dxa"/>
            </w:tcMar>
            <w:vAlign w:val="center"/>
          </w:tcPr>
          <w:p>
            <w:r/>
            <w:r>
              <w:rPr>
                <w:rFonts w:ascii="Arial" w:hAnsi="Arial"/>
                <w:b w:val="0"/>
                <w:color w:val="222222"/>
                <w:sz w:val="18"/>
              </w:rPr>
              <w:t>John 8:31–32</w:t>
            </w:r>
          </w:p>
        </w:tc>
        <w:tc>
          <w:tcPr>
            <w:tcW w:type="dxa" w:w="7560"/>
            <w:tcMar>
              <w:top w:w="90" w:type="dxa"/>
              <w:start w:w="90" w:type="dxa"/>
              <w:bottom w:w="90" w:type="dxa"/>
              <w:end w:w="90" w:type="dxa"/>
            </w:tcMar>
            <w:vAlign w:val="center"/>
          </w:tcPr>
          <w:p>
            <w:r/>
            <w:r>
              <w:rPr>
                <w:rFonts w:ascii="Arial" w:hAnsi="Arial"/>
                <w:b w:val="0"/>
                <w:color w:val="222222"/>
                <w:sz w:val="18"/>
              </w:rPr>
              <w:t>Continuing in Christ’s Word leads to knowing truth and freedom.</w:t>
            </w:r>
          </w:p>
        </w:tc>
      </w:tr>
      <w:tr>
        <w:tc>
          <w:tcPr>
            <w:tcW w:type="dxa" w:w="2376"/>
            <w:tcMar>
              <w:top w:w="90" w:type="dxa"/>
              <w:start w:w="90" w:type="dxa"/>
              <w:bottom w:w="90" w:type="dxa"/>
              <w:end w:w="90" w:type="dxa"/>
            </w:tcMar>
            <w:vAlign w:val="center"/>
            <w:shd w:fill="F2F2F2"/>
          </w:tcPr>
          <w:p>
            <w:r/>
            <w:r>
              <w:rPr>
                <w:rFonts w:ascii="Arial" w:hAnsi="Arial"/>
                <w:b w:val="0"/>
                <w:color w:val="222222"/>
                <w:sz w:val="18"/>
              </w:rPr>
              <w:t>John 8:36</w:t>
            </w:r>
          </w:p>
        </w:tc>
        <w:tc>
          <w:tcPr>
            <w:tcW w:type="dxa" w:w="7560"/>
            <w:tcMar>
              <w:top w:w="90" w:type="dxa"/>
              <w:start w:w="90" w:type="dxa"/>
              <w:bottom w:w="90" w:type="dxa"/>
              <w:end w:w="90" w:type="dxa"/>
            </w:tcMar>
            <w:vAlign w:val="center"/>
            <w:shd w:fill="F2F2F2"/>
          </w:tcPr>
          <w:p>
            <w:r/>
            <w:r>
              <w:rPr>
                <w:rFonts w:ascii="Arial" w:hAnsi="Arial"/>
                <w:b w:val="0"/>
                <w:color w:val="222222"/>
                <w:sz w:val="18"/>
              </w:rPr>
              <w:t>The Son makes believers free indeed.</w:t>
            </w:r>
          </w:p>
        </w:tc>
      </w:tr>
      <w:tr>
        <w:tc>
          <w:tcPr>
            <w:tcW w:type="dxa" w:w="2376"/>
            <w:tcMar>
              <w:top w:w="90" w:type="dxa"/>
              <w:start w:w="90" w:type="dxa"/>
              <w:bottom w:w="90" w:type="dxa"/>
              <w:end w:w="90" w:type="dxa"/>
            </w:tcMar>
            <w:vAlign w:val="center"/>
          </w:tcPr>
          <w:p>
            <w:r/>
            <w:r>
              <w:rPr>
                <w:rFonts w:ascii="Arial" w:hAnsi="Arial"/>
                <w:b w:val="0"/>
                <w:color w:val="222222"/>
                <w:sz w:val="18"/>
              </w:rPr>
              <w:t>Philippians 4:8</w:t>
            </w:r>
          </w:p>
        </w:tc>
        <w:tc>
          <w:tcPr>
            <w:tcW w:type="dxa" w:w="7560"/>
            <w:tcMar>
              <w:top w:w="90" w:type="dxa"/>
              <w:start w:w="90" w:type="dxa"/>
              <w:bottom w:w="90" w:type="dxa"/>
              <w:end w:w="90" w:type="dxa"/>
            </w:tcMar>
            <w:vAlign w:val="center"/>
          </w:tcPr>
          <w:p>
            <w:r/>
            <w:r>
              <w:rPr>
                <w:rFonts w:ascii="Arial" w:hAnsi="Arial"/>
                <w:b w:val="0"/>
                <w:color w:val="222222"/>
                <w:sz w:val="18"/>
              </w:rPr>
              <w:t>Believers deliberately attend to what is true, honorable, just, pure, lovely, commendable, excellent, and praiseworthy.</w:t>
            </w:r>
          </w:p>
        </w:tc>
      </w:tr>
      <w:tr>
        <w:tc>
          <w:tcPr>
            <w:tcW w:type="dxa" w:w="2376"/>
            <w:tcMar>
              <w:top w:w="90" w:type="dxa"/>
              <w:start w:w="90" w:type="dxa"/>
              <w:bottom w:w="90" w:type="dxa"/>
              <w:end w:w="90" w:type="dxa"/>
            </w:tcMar>
            <w:vAlign w:val="center"/>
            <w:shd w:fill="F2F2F2"/>
          </w:tcPr>
          <w:p>
            <w:r/>
            <w:r>
              <w:rPr>
                <w:rFonts w:ascii="Arial" w:hAnsi="Arial"/>
                <w:b w:val="0"/>
                <w:color w:val="222222"/>
                <w:sz w:val="18"/>
              </w:rPr>
              <w:t>James 4:7–8</w:t>
            </w:r>
          </w:p>
        </w:tc>
        <w:tc>
          <w:tcPr>
            <w:tcW w:type="dxa" w:w="7560"/>
            <w:tcMar>
              <w:top w:w="90" w:type="dxa"/>
              <w:start w:w="90" w:type="dxa"/>
              <w:bottom w:w="90" w:type="dxa"/>
              <w:end w:w="90" w:type="dxa"/>
            </w:tcMar>
            <w:vAlign w:val="center"/>
            <w:shd w:fill="F2F2F2"/>
          </w:tcPr>
          <w:p>
            <w:r/>
            <w:r>
              <w:rPr>
                <w:rFonts w:ascii="Arial" w:hAnsi="Arial"/>
                <w:b w:val="0"/>
                <w:color w:val="222222"/>
                <w:sz w:val="18"/>
              </w:rPr>
              <w:t>Submit to God, resist the devil, draw near to God.</w:t>
            </w:r>
          </w:p>
        </w:tc>
      </w:tr>
      <w:tr>
        <w:tc>
          <w:tcPr>
            <w:tcW w:type="dxa" w:w="2376"/>
            <w:tcMar>
              <w:top w:w="90" w:type="dxa"/>
              <w:start w:w="90" w:type="dxa"/>
              <w:bottom w:w="90" w:type="dxa"/>
              <w:end w:w="90" w:type="dxa"/>
            </w:tcMar>
            <w:vAlign w:val="center"/>
          </w:tcPr>
          <w:p>
            <w:r/>
            <w:r>
              <w:rPr>
                <w:rFonts w:ascii="Arial" w:hAnsi="Arial"/>
                <w:b w:val="0"/>
                <w:color w:val="222222"/>
                <w:sz w:val="18"/>
              </w:rPr>
              <w:t>Ephesians 6:10–11</w:t>
            </w:r>
          </w:p>
        </w:tc>
        <w:tc>
          <w:tcPr>
            <w:tcW w:type="dxa" w:w="7560"/>
            <w:tcMar>
              <w:top w:w="90" w:type="dxa"/>
              <w:start w:w="90" w:type="dxa"/>
              <w:bottom w:w="90" w:type="dxa"/>
              <w:end w:w="90" w:type="dxa"/>
            </w:tcMar>
            <w:vAlign w:val="center"/>
          </w:tcPr>
          <w:p>
            <w:r/>
            <w:r>
              <w:rPr>
                <w:rFonts w:ascii="Arial" w:hAnsi="Arial"/>
                <w:b w:val="0"/>
                <w:color w:val="222222"/>
                <w:sz w:val="18"/>
              </w:rPr>
              <w:t>Be strong in the Lord and put on the whole armor of God.</w:t>
            </w:r>
          </w:p>
        </w:tc>
      </w:tr>
      <w:tr>
        <w:tc>
          <w:tcPr>
            <w:tcW w:type="dxa" w:w="2376"/>
            <w:tcMar>
              <w:top w:w="90" w:type="dxa"/>
              <w:start w:w="90" w:type="dxa"/>
              <w:bottom w:w="90" w:type="dxa"/>
              <w:end w:w="90" w:type="dxa"/>
            </w:tcMar>
            <w:vAlign w:val="center"/>
            <w:shd w:fill="F2F2F2"/>
          </w:tcPr>
          <w:p>
            <w:r/>
            <w:r>
              <w:rPr>
                <w:rFonts w:ascii="Arial" w:hAnsi="Arial"/>
                <w:b w:val="0"/>
                <w:color w:val="222222"/>
                <w:sz w:val="18"/>
              </w:rPr>
              <w:t>1 John 1:9</w:t>
            </w:r>
          </w:p>
        </w:tc>
        <w:tc>
          <w:tcPr>
            <w:tcW w:type="dxa" w:w="7560"/>
            <w:tcMar>
              <w:top w:w="90" w:type="dxa"/>
              <w:start w:w="90" w:type="dxa"/>
              <w:bottom w:w="90" w:type="dxa"/>
              <w:end w:w="90" w:type="dxa"/>
            </w:tcMar>
            <w:vAlign w:val="center"/>
            <w:shd w:fill="F2F2F2"/>
          </w:tcPr>
          <w:p>
            <w:r/>
            <w:r>
              <w:rPr>
                <w:rFonts w:ascii="Arial" w:hAnsi="Arial"/>
                <w:b w:val="0"/>
                <w:color w:val="222222"/>
                <w:sz w:val="18"/>
              </w:rPr>
              <w:t>Confession meets God’s faithfulness, forgiveness, and cleansing.</w:t>
            </w:r>
          </w:p>
        </w:tc>
      </w:tr>
    </w:tbl>
    <w:p/>
    <w:p>
      <w:pPr>
        <w:pStyle w:val="Heading1"/>
      </w:pPr>
      <w:r>
        <w:t>APPENDIX — SCRIPTURE STUDY PAGES</w:t>
      </w:r>
    </w:p>
    <w:p>
      <w:pPr>
        <w:pStyle w:val="Heading2"/>
      </w:pPr>
      <w:r>
        <w:t>2 Corinthians 10:1–6</w:t>
      </w:r>
    </w:p>
    <w:p>
      <w:r>
        <w:rPr>
          <w:b/>
        </w:rPr>
        <w:t>What does the text say?</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r>
        <w:rPr>
          <w:b/>
        </w:rPr>
        <w:t>What does it reveal about God / Christ?</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r>
        <w:rPr>
          <w:b/>
        </w:rPr>
        <w:t>What lie or pattern does it confront?</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r>
        <w:rPr>
          <w:b/>
        </w:rPr>
        <w:t>What obedience does it require?</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pStyle w:val="Heading2"/>
      </w:pPr>
      <w:r>
        <w:t>Romans 12:1–2</w:t>
      </w:r>
    </w:p>
    <w:p>
      <w:r>
        <w:rPr>
          <w:b/>
        </w:rPr>
        <w:t>What does the text say?</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r>
        <w:rPr>
          <w:b/>
        </w:rPr>
        <w:t>What does it reveal about God / Christ?</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r>
        <w:rPr>
          <w:b/>
        </w:rPr>
        <w:t>What lie or pattern does it confront?</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r>
        <w:rPr>
          <w:b/>
        </w:rPr>
        <w:t>What obedience does it require?</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pStyle w:val="Heading2"/>
      </w:pPr>
      <w:r>
        <w:t>John 8:31–36</w:t>
      </w:r>
    </w:p>
    <w:p>
      <w:r>
        <w:rPr>
          <w:b/>
        </w:rPr>
        <w:t>What does the text say?</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r>
        <w:rPr>
          <w:b/>
        </w:rPr>
        <w:t>What does it reveal about God / Christ?</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r>
        <w:rPr>
          <w:b/>
        </w:rPr>
        <w:t>What lie or pattern does it confront?</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r>
        <w:rPr>
          <w:b/>
        </w:rPr>
        <w:t>What obedience does it require?</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pStyle w:val="Heading2"/>
      </w:pPr>
      <w:r>
        <w:t>Ephesians 6:10–18</w:t>
      </w:r>
    </w:p>
    <w:p>
      <w:r>
        <w:rPr>
          <w:b/>
        </w:rPr>
        <w:t>What does the text say?</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r>
        <w:rPr>
          <w:b/>
        </w:rPr>
        <w:t>What does it reveal about God / Christ?</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r>
        <w:rPr>
          <w:b/>
        </w:rPr>
        <w:t>What lie or pattern does it confront?</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r>
        <w:rPr>
          <w:b/>
        </w:rPr>
        <w:t>What obedience does it require?</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pStyle w:val="Heading2"/>
      </w:pPr>
      <w:r>
        <w:t>Philippians 4:4–9</w:t>
      </w:r>
    </w:p>
    <w:p>
      <w:r>
        <w:rPr>
          <w:b/>
        </w:rPr>
        <w:t>What does the text say?</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r>
        <w:rPr>
          <w:b/>
        </w:rPr>
        <w:t>What does it reveal about God / Christ?</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r>
        <w:rPr>
          <w:b/>
        </w:rPr>
        <w:t>What lie or pattern does it confront?</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r>
        <w:rPr>
          <w:b/>
        </w:rPr>
        <w:t>What obedience does it require?</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pStyle w:val="Heading1"/>
      </w:pPr>
      <w:r>
        <w:t>APPENDIX — NOTES AND PRAYER REQUESTS</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p>
      <w:pPr>
        <w:spacing w:after="60" w:line="192" w:lineRule="auto"/>
      </w:pPr>
      <w:r>
        <w:rPr>
          <w:color w:val="AAAAAA"/>
        </w:rPr>
        <w:t>________________________________________________________________________________</w:t>
      </w:r>
    </w:p>
    <w:sectPr w:rsidR="00FC693F" w:rsidRPr="0006063C" w:rsidSect="00034616">
      <w:headerReference w:type="default" r:id="rId9"/>
      <w:footerReference w:type="default" r:id="rId10"/>
      <w:pgSz w:w="12240" w:h="15840"/>
      <w:pgMar w:top="936" w:right="1037" w:bottom="936" w:left="1037" w:header="36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Small"/>
      <w:jc w:val="right"/>
    </w:pPr>
    <w:r>
      <w:t>E.C. Bookert Bible School  •  “Just Stay in the Book”</w:t>
    </w:r>
    <w:r>
      <w:rPr>
        <w:color w:val="666666"/>
        <w:sz w:val="18"/>
      </w:rP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Bdr>
        <w:bottom w:val="single" w:sz="6" w:space="1" w:color="C49A3A"/>
      </w:pBdr>
    </w:pPr>
    <w:r>
      <w:rPr>
        <w:rFonts w:ascii="Arial" w:hAnsi="Arial"/>
        <w:b/>
        <w:color w:val="17365D"/>
        <w:sz w:val="16"/>
      </w:rPr>
      <w:t>RHEMA WORD CHURCH INTERNATIONAL  |  STRONGHOLDS STUDENT WORKBOOK</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ascii="Arial" w:hAnsi="Arial"/>
      <w:b/>
      <w:bCs/>
      <w:color w:val="17365D"/>
      <w:sz w:val="38"/>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ascii="Arial" w:hAnsi="Arial"/>
      <w:b/>
      <w:bCs/>
      <w:color w:val="C49A3A"/>
      <w:sz w:val="28"/>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ascii="Arial" w:hAnsi="Arial"/>
      <w:b/>
      <w:bCs/>
      <w:color w:val="17365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Arial" w:hAnsi="Arial"/>
      <w:b/>
      <w:color w:val="17365D"/>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00"/>
    </w:pPr>
    <w:rPr>
      <w:rFonts w:asciiTheme="majorHAnsi" w:eastAsiaTheme="majorEastAsia" w:hAnsiTheme="majorHAnsi" w:cstheme="majorBidi" w:ascii="Arial" w:hAnsi="Arial"/>
      <w:b/>
      <w:i/>
      <w:iCs/>
      <w:color w:val="C49A3A"/>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criptureBlock">
    <w:name w:val="Scripture Block"/>
    <w:pPr>
      <w:spacing w:before="80" w:after="140" w:line="252" w:lineRule="auto"/>
      <w:ind w:left="403" w:right="259"/>
    </w:pPr>
    <w:rPr>
      <w:rFonts w:ascii="Georgia" w:hAnsi="Georgia"/>
      <w:i/>
      <w:color w:val="17365D"/>
      <w:sz w:val="21"/>
    </w:rPr>
  </w:style>
  <w:style w:type="paragraph" w:customStyle="1" w:styleId="TeacherNote">
    <w:name w:val="Teacher Note"/>
    <w:pPr>
      <w:spacing w:after="80"/>
      <w:ind w:left="288"/>
    </w:pPr>
    <w:rPr>
      <w:rFonts w:ascii="Arial" w:hAnsi="Arial"/>
      <w:color w:val="555555"/>
      <w:sz w:val="19"/>
    </w:rPr>
  </w:style>
  <w:style w:type="paragraph" w:customStyle="1" w:styleId="Small">
    <w:name w:val="Small"/>
    <w:rPr>
      <w:rFonts w:ascii="Arial" w:hAnsi="Arial"/>
      <w:color w:val="666666"/>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